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93056" w14:textId="68FA79DC" w:rsidR="001A1353" w:rsidRPr="00027E73" w:rsidRDefault="008C10FE" w:rsidP="00027E73">
      <w:pPr>
        <w:pStyle w:val="Titre1"/>
        <w:numPr>
          <w:ilvl w:val="0"/>
          <w:numId w:val="10"/>
        </w:numPr>
        <w:rPr>
          <w:lang w:val="fr-FR"/>
        </w:rPr>
      </w:pPr>
      <w:r w:rsidRPr="008C10FE">
        <w:rPr>
          <w:lang w:val="fr-FR"/>
        </w:rPr>
        <w:t>Informations de contact</w:t>
      </w:r>
    </w:p>
    <w:p w14:paraId="6C16679F" w14:textId="77777777" w:rsidR="00027E73" w:rsidRPr="000D7259" w:rsidRDefault="00027E73" w:rsidP="00027E73">
      <w:pPr>
        <w:rPr>
          <w:sz w:val="8"/>
          <w:szCs w:val="8"/>
          <w:lang w:val="fr-FR"/>
        </w:rPr>
      </w:pPr>
    </w:p>
    <w:p w14:paraId="3C0D3B2F" w14:textId="6E5C340B" w:rsidR="00027E73" w:rsidRPr="00027E73" w:rsidRDefault="008A2C32" w:rsidP="00027E73">
      <w:pPr>
        <w:pStyle w:val="Paragraphedeliste"/>
        <w:numPr>
          <w:ilvl w:val="0"/>
          <w:numId w:val="11"/>
        </w:numPr>
        <w:rPr>
          <w:lang w:val="fr-FR"/>
        </w:rPr>
      </w:pPr>
      <w:r>
        <w:rPr>
          <w:lang w:val="fr-FR"/>
        </w:rPr>
        <w:t>Informations sur la collectivité</w:t>
      </w:r>
      <w:r w:rsidR="61CB49F2" w:rsidRPr="036863DF">
        <w:rPr>
          <w:lang w:val="fr-FR"/>
        </w:rPr>
        <w:t xml:space="preserve"> et contact du (de la) Président(e)</w:t>
      </w:r>
      <w:r w:rsidR="1E5B0A86" w:rsidRPr="7103E0BA">
        <w:rPr>
          <w:lang w:val="fr-FR"/>
        </w:rPr>
        <w:t xml:space="preserve"> </w:t>
      </w:r>
      <w:r w:rsidR="1E5B0A86" w:rsidRPr="3815F161">
        <w:rPr>
          <w:lang w:val="fr-FR"/>
        </w:rPr>
        <w:t xml:space="preserve">de la </w:t>
      </w:r>
      <w:r w:rsidR="1E5B0A86" w:rsidRPr="2F0CA8D8">
        <w:rPr>
          <w:lang w:val="fr-FR"/>
        </w:rPr>
        <w:t xml:space="preserve">Communauté de </w:t>
      </w:r>
      <w:r w:rsidR="1E5B0A86" w:rsidRPr="4801D539">
        <w:rPr>
          <w:lang w:val="fr-FR"/>
        </w:rPr>
        <w:t>Communes</w:t>
      </w:r>
    </w:p>
    <w:tbl>
      <w:tblPr>
        <w:tblStyle w:val="TableGrid"/>
        <w:tblW w:w="9293" w:type="dxa"/>
        <w:tblInd w:w="-11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47" w:type="dxa"/>
          <w:left w:w="108" w:type="dxa"/>
          <w:right w:w="115" w:type="dxa"/>
        </w:tblCellMar>
        <w:tblLook w:val="04A0" w:firstRow="1" w:lastRow="0" w:firstColumn="1" w:lastColumn="0" w:noHBand="0" w:noVBand="1"/>
      </w:tblPr>
      <w:tblGrid>
        <w:gridCol w:w="2376"/>
        <w:gridCol w:w="6917"/>
      </w:tblGrid>
      <w:tr w:rsidR="00204A50" w14:paraId="6011CDC1" w14:textId="77777777" w:rsidTr="00D76736">
        <w:trPr>
          <w:trHeight w:val="240"/>
        </w:trPr>
        <w:tc>
          <w:tcPr>
            <w:tcW w:w="2376" w:type="dxa"/>
          </w:tcPr>
          <w:p w14:paraId="4E9C56BC" w14:textId="20028D17" w:rsidR="001A515D" w:rsidRPr="001A515D" w:rsidRDefault="001A515D" w:rsidP="001A515D">
            <w:pPr>
              <w:rPr>
                <w:rFonts w:ascii="Arial" w:eastAsia="Arial" w:hAnsi="Arial" w:cs="Arial"/>
                <w:b/>
                <w:sz w:val="20"/>
              </w:rPr>
            </w:pPr>
            <w:r w:rsidRPr="001A515D">
              <w:rPr>
                <w:rFonts w:ascii="Arial" w:eastAsia="Arial" w:hAnsi="Arial" w:cs="Arial"/>
                <w:b/>
                <w:sz w:val="20"/>
              </w:rPr>
              <w:t xml:space="preserve">Dénomination de la </w:t>
            </w:r>
            <w:r w:rsidR="00D76736">
              <w:rPr>
                <w:rFonts w:ascii="Arial" w:eastAsia="Arial" w:hAnsi="Arial" w:cs="Arial"/>
                <w:b/>
                <w:sz w:val="20"/>
              </w:rPr>
              <w:t>collectivité</w:t>
            </w:r>
            <w:r w:rsidRPr="001A515D">
              <w:rPr>
                <w:rFonts w:ascii="Arial" w:eastAsia="Arial" w:hAnsi="Arial" w:cs="Arial"/>
                <w:b/>
                <w:sz w:val="20"/>
              </w:rPr>
              <w:t xml:space="preserve"> :</w:t>
            </w:r>
          </w:p>
        </w:tc>
        <w:tc>
          <w:tcPr>
            <w:tcW w:w="6917" w:type="dxa"/>
          </w:tcPr>
          <w:p w14:paraId="5EB8513F" w14:textId="77777777" w:rsidR="001A515D" w:rsidRDefault="001A515D" w:rsidP="001A515D">
            <w:r>
              <w:rPr>
                <w:rFonts w:ascii="Arial" w:eastAsia="Arial" w:hAnsi="Arial" w:cs="Arial"/>
                <w:sz w:val="20"/>
              </w:rPr>
              <w:t xml:space="preserve"> </w:t>
            </w:r>
          </w:p>
        </w:tc>
      </w:tr>
      <w:tr w:rsidR="00204A50" w14:paraId="10AE7A0A" w14:textId="77777777" w:rsidTr="00D76736">
        <w:trPr>
          <w:trHeight w:val="267"/>
        </w:trPr>
        <w:tc>
          <w:tcPr>
            <w:tcW w:w="2376" w:type="dxa"/>
          </w:tcPr>
          <w:p w14:paraId="260F4639" w14:textId="0BB8E4C9" w:rsidR="001A515D" w:rsidRPr="001A515D" w:rsidRDefault="001A515D" w:rsidP="001A515D">
            <w:pPr>
              <w:rPr>
                <w:rFonts w:ascii="Arial" w:eastAsia="Arial" w:hAnsi="Arial" w:cs="Arial"/>
                <w:b/>
                <w:sz w:val="20"/>
              </w:rPr>
            </w:pPr>
            <w:r>
              <w:rPr>
                <w:rFonts w:ascii="Arial" w:eastAsia="Arial" w:hAnsi="Arial" w:cs="Arial"/>
                <w:b/>
                <w:sz w:val="20"/>
              </w:rPr>
              <w:t>SIRE</w:t>
            </w:r>
            <w:r w:rsidR="00F326EB">
              <w:rPr>
                <w:rFonts w:ascii="Arial" w:eastAsia="Arial" w:hAnsi="Arial" w:cs="Arial"/>
                <w:b/>
                <w:sz w:val="20"/>
              </w:rPr>
              <w:t>N</w:t>
            </w:r>
            <w:r>
              <w:rPr>
                <w:rFonts w:ascii="Arial" w:eastAsia="Arial" w:hAnsi="Arial" w:cs="Arial"/>
                <w:b/>
                <w:sz w:val="20"/>
              </w:rPr>
              <w:t> :</w:t>
            </w:r>
          </w:p>
        </w:tc>
        <w:tc>
          <w:tcPr>
            <w:tcW w:w="6917" w:type="dxa"/>
          </w:tcPr>
          <w:p w14:paraId="7E013DD8" w14:textId="0B08F001" w:rsidR="001A515D" w:rsidRDefault="001A515D" w:rsidP="001A515D">
            <w:r>
              <w:rPr>
                <w:rFonts w:ascii="Arial" w:eastAsia="Arial" w:hAnsi="Arial" w:cs="Arial"/>
                <w:sz w:val="20"/>
              </w:rPr>
              <w:t xml:space="preserve"> </w:t>
            </w:r>
          </w:p>
        </w:tc>
      </w:tr>
      <w:tr w:rsidR="00204A50" w14:paraId="6D2C0E95" w14:textId="77777777" w:rsidTr="524D6EEF">
        <w:trPr>
          <w:trHeight w:val="240"/>
        </w:trPr>
        <w:tc>
          <w:tcPr>
            <w:tcW w:w="2376" w:type="dxa"/>
          </w:tcPr>
          <w:p w14:paraId="4F54E27E" w14:textId="5C99F50B" w:rsidR="00497A5E" w:rsidRDefault="00497A5E" w:rsidP="524D6EEF">
            <w:pPr>
              <w:rPr>
                <w:rFonts w:ascii="Arial" w:eastAsia="Arial" w:hAnsi="Arial" w:cs="Arial"/>
                <w:b/>
                <w:bCs/>
                <w:sz w:val="20"/>
                <w:szCs w:val="20"/>
              </w:rPr>
            </w:pPr>
            <w:r w:rsidRPr="524D6EEF">
              <w:rPr>
                <w:rFonts w:ascii="Arial" w:eastAsia="Arial" w:hAnsi="Arial" w:cs="Arial"/>
                <w:b/>
                <w:bCs/>
                <w:sz w:val="20"/>
                <w:szCs w:val="20"/>
              </w:rPr>
              <w:t xml:space="preserve">Site web </w:t>
            </w:r>
            <w:r w:rsidR="629AFCC9" w:rsidRPr="524D6EEF">
              <w:rPr>
                <w:rFonts w:ascii="Arial" w:eastAsia="Arial" w:hAnsi="Arial" w:cs="Arial"/>
                <w:b/>
                <w:bCs/>
                <w:sz w:val="20"/>
                <w:szCs w:val="20"/>
              </w:rPr>
              <w:t xml:space="preserve">de la collectivité </w:t>
            </w:r>
            <w:r w:rsidRPr="524D6EEF">
              <w:rPr>
                <w:rFonts w:ascii="Arial" w:eastAsia="Arial" w:hAnsi="Arial" w:cs="Arial"/>
                <w:i/>
                <w:iCs/>
                <w:color w:val="0070C0"/>
                <w:sz w:val="18"/>
                <w:szCs w:val="18"/>
              </w:rPr>
              <w:t>(si existant)</w:t>
            </w:r>
            <w:r w:rsidR="00504D4D" w:rsidRPr="524D6EEF">
              <w:rPr>
                <w:rFonts w:ascii="Arial" w:eastAsia="Arial" w:hAnsi="Arial" w:cs="Arial"/>
                <w:i/>
                <w:iCs/>
                <w:color w:val="0070C0"/>
                <w:sz w:val="18"/>
                <w:szCs w:val="18"/>
              </w:rPr>
              <w:t> </w:t>
            </w:r>
            <w:r w:rsidR="00504D4D" w:rsidRPr="524D6EEF">
              <w:rPr>
                <w:rFonts w:ascii="Arial" w:eastAsia="Arial" w:hAnsi="Arial" w:cs="Arial"/>
                <w:b/>
                <w:bCs/>
                <w:color w:val="0070C0"/>
                <w:sz w:val="18"/>
                <w:szCs w:val="18"/>
              </w:rPr>
              <w:t>:</w:t>
            </w:r>
          </w:p>
        </w:tc>
        <w:tc>
          <w:tcPr>
            <w:tcW w:w="6917" w:type="dxa"/>
          </w:tcPr>
          <w:p w14:paraId="191CABDD" w14:textId="77777777" w:rsidR="001A515D" w:rsidRDefault="001A515D">
            <w:r w:rsidRPr="524D6EEF">
              <w:rPr>
                <w:rFonts w:ascii="Arial" w:eastAsia="Arial" w:hAnsi="Arial" w:cs="Arial"/>
                <w:sz w:val="20"/>
                <w:szCs w:val="20"/>
              </w:rPr>
              <w:t xml:space="preserve"> </w:t>
            </w:r>
          </w:p>
        </w:tc>
      </w:tr>
      <w:tr w:rsidR="00204A50" w14:paraId="39A0178D" w14:textId="77777777" w:rsidTr="6C0279B1">
        <w:trPr>
          <w:trHeight w:val="240"/>
        </w:trPr>
        <w:tc>
          <w:tcPr>
            <w:tcW w:w="2376" w:type="dxa"/>
          </w:tcPr>
          <w:p w14:paraId="283D787B" w14:textId="379A921C" w:rsidR="6C0279B1" w:rsidRDefault="7C8B80C8" w:rsidP="6C0279B1">
            <w:pPr>
              <w:rPr>
                <w:rFonts w:ascii="Arial" w:eastAsia="Arial" w:hAnsi="Arial" w:cs="Arial"/>
                <w:b/>
                <w:bCs/>
                <w:sz w:val="20"/>
                <w:szCs w:val="20"/>
              </w:rPr>
            </w:pPr>
            <w:r w:rsidRPr="055E3021">
              <w:rPr>
                <w:rFonts w:ascii="Arial" w:eastAsia="Arial" w:hAnsi="Arial" w:cs="Arial"/>
                <w:b/>
                <w:bCs/>
                <w:sz w:val="20"/>
                <w:szCs w:val="20"/>
              </w:rPr>
              <w:t xml:space="preserve">Nom du </w:t>
            </w:r>
            <w:r w:rsidRPr="4407F2DC">
              <w:rPr>
                <w:rFonts w:ascii="Arial" w:eastAsia="Arial" w:hAnsi="Arial" w:cs="Arial"/>
                <w:b/>
                <w:bCs/>
                <w:sz w:val="20"/>
                <w:szCs w:val="20"/>
              </w:rPr>
              <w:t>(de la</w:t>
            </w:r>
            <w:r w:rsidRPr="67FE3B5A">
              <w:rPr>
                <w:rFonts w:ascii="Arial" w:eastAsia="Arial" w:hAnsi="Arial" w:cs="Arial"/>
                <w:b/>
                <w:bCs/>
                <w:sz w:val="20"/>
                <w:szCs w:val="20"/>
              </w:rPr>
              <w:t>) Président(e)</w:t>
            </w:r>
          </w:p>
        </w:tc>
        <w:tc>
          <w:tcPr>
            <w:tcW w:w="6917" w:type="dxa"/>
          </w:tcPr>
          <w:p w14:paraId="534AE6BD" w14:textId="5206B4AA" w:rsidR="6C0279B1" w:rsidRDefault="6C0279B1" w:rsidP="6C0279B1">
            <w:pPr>
              <w:rPr>
                <w:rFonts w:ascii="Arial" w:eastAsia="Arial" w:hAnsi="Arial" w:cs="Arial"/>
                <w:sz w:val="20"/>
                <w:szCs w:val="20"/>
              </w:rPr>
            </w:pPr>
          </w:p>
        </w:tc>
      </w:tr>
      <w:tr w:rsidR="00204A50" w14:paraId="387CB5DB" w14:textId="77777777" w:rsidTr="1B154CA6">
        <w:trPr>
          <w:trHeight w:val="240"/>
        </w:trPr>
        <w:tc>
          <w:tcPr>
            <w:tcW w:w="2376" w:type="dxa"/>
          </w:tcPr>
          <w:p w14:paraId="1C5E79D5" w14:textId="77158E69" w:rsidR="1B154CA6" w:rsidRDefault="7C8B80C8" w:rsidP="1B154CA6">
            <w:pPr>
              <w:rPr>
                <w:rFonts w:ascii="Arial" w:eastAsia="Arial" w:hAnsi="Arial" w:cs="Arial"/>
                <w:b/>
                <w:bCs/>
                <w:sz w:val="20"/>
                <w:szCs w:val="20"/>
              </w:rPr>
            </w:pPr>
            <w:r w:rsidRPr="3F7F7EDD">
              <w:rPr>
                <w:rFonts w:ascii="Arial" w:eastAsia="Arial" w:hAnsi="Arial" w:cs="Arial"/>
                <w:b/>
                <w:bCs/>
                <w:sz w:val="20"/>
                <w:szCs w:val="20"/>
              </w:rPr>
              <w:t>Prénom</w:t>
            </w:r>
            <w:r w:rsidRPr="02272A7C">
              <w:rPr>
                <w:rFonts w:ascii="Arial" w:eastAsia="Arial" w:hAnsi="Arial" w:cs="Arial"/>
                <w:b/>
                <w:bCs/>
                <w:sz w:val="20"/>
                <w:szCs w:val="20"/>
              </w:rPr>
              <w:t xml:space="preserve"> du (de la) Président(e)</w:t>
            </w:r>
          </w:p>
        </w:tc>
        <w:tc>
          <w:tcPr>
            <w:tcW w:w="6917" w:type="dxa"/>
          </w:tcPr>
          <w:p w14:paraId="0560921C" w14:textId="76E66217" w:rsidR="1B154CA6" w:rsidRDefault="1B154CA6" w:rsidP="1B154CA6">
            <w:pPr>
              <w:rPr>
                <w:rFonts w:ascii="Arial" w:eastAsia="Arial" w:hAnsi="Arial" w:cs="Arial"/>
                <w:sz w:val="20"/>
                <w:szCs w:val="20"/>
              </w:rPr>
            </w:pPr>
          </w:p>
        </w:tc>
      </w:tr>
      <w:tr w:rsidR="00204A50" w14:paraId="7C5DA6F1" w14:textId="77777777" w:rsidTr="00D76736">
        <w:trPr>
          <w:trHeight w:val="240"/>
        </w:trPr>
        <w:tc>
          <w:tcPr>
            <w:tcW w:w="2376" w:type="dxa"/>
          </w:tcPr>
          <w:p w14:paraId="108C7AC6" w14:textId="0BA8251C" w:rsidR="001A515D" w:rsidRPr="001A515D" w:rsidRDefault="3489C31E" w:rsidP="001A515D">
            <w:pPr>
              <w:rPr>
                <w:rFonts w:ascii="Arial" w:eastAsia="Arial" w:hAnsi="Arial" w:cs="Arial"/>
                <w:b/>
                <w:sz w:val="20"/>
                <w:szCs w:val="20"/>
              </w:rPr>
            </w:pPr>
            <w:r w:rsidRPr="2205430B">
              <w:rPr>
                <w:rFonts w:ascii="Arial" w:eastAsia="Arial" w:hAnsi="Arial" w:cs="Arial"/>
                <w:b/>
                <w:bCs/>
                <w:sz w:val="20"/>
                <w:szCs w:val="20"/>
              </w:rPr>
              <w:t xml:space="preserve">Courriel du (de la) </w:t>
            </w:r>
            <w:r w:rsidRPr="3BA058C4">
              <w:rPr>
                <w:rFonts w:ascii="Arial" w:eastAsia="Arial" w:hAnsi="Arial" w:cs="Arial"/>
                <w:b/>
                <w:bCs/>
                <w:sz w:val="20"/>
                <w:szCs w:val="20"/>
              </w:rPr>
              <w:t>Président (e)</w:t>
            </w:r>
          </w:p>
        </w:tc>
        <w:tc>
          <w:tcPr>
            <w:tcW w:w="6917" w:type="dxa"/>
          </w:tcPr>
          <w:p w14:paraId="2A50AE22" w14:textId="77777777" w:rsidR="001A515D" w:rsidRDefault="001A515D" w:rsidP="001A515D">
            <w:pPr>
              <w:rPr>
                <w:rFonts w:ascii="Arial" w:eastAsia="Arial" w:hAnsi="Arial" w:cs="Arial"/>
                <w:sz w:val="20"/>
              </w:rPr>
            </w:pPr>
            <w:r>
              <w:rPr>
                <w:rFonts w:ascii="Arial" w:eastAsia="Arial" w:hAnsi="Arial" w:cs="Arial"/>
                <w:sz w:val="20"/>
              </w:rPr>
              <w:t xml:space="preserve"> </w:t>
            </w:r>
          </w:p>
          <w:p w14:paraId="784EA6B0" w14:textId="77777777" w:rsidR="001A515D" w:rsidRDefault="001A515D" w:rsidP="001A515D"/>
        </w:tc>
      </w:tr>
      <w:tr w:rsidR="00204A50" w14:paraId="5D64F899" w14:textId="77777777" w:rsidTr="00D76736">
        <w:trPr>
          <w:trHeight w:val="240"/>
        </w:trPr>
        <w:tc>
          <w:tcPr>
            <w:tcW w:w="2376" w:type="dxa"/>
          </w:tcPr>
          <w:p w14:paraId="2FDA793E" w14:textId="57FC6E22" w:rsidR="001A515D" w:rsidRPr="001A515D" w:rsidRDefault="009773DC" w:rsidP="001A515D">
            <w:pPr>
              <w:rPr>
                <w:rFonts w:ascii="Arial" w:eastAsia="Arial" w:hAnsi="Arial" w:cs="Arial"/>
                <w:b/>
                <w:sz w:val="20"/>
                <w:szCs w:val="20"/>
              </w:rPr>
            </w:pPr>
            <w:r w:rsidRPr="42F9652E">
              <w:rPr>
                <w:rFonts w:ascii="Arial" w:eastAsia="Arial" w:hAnsi="Arial" w:cs="Arial"/>
                <w:b/>
                <w:bCs/>
                <w:sz w:val="20"/>
                <w:szCs w:val="20"/>
              </w:rPr>
              <w:t>Téléphone</w:t>
            </w:r>
            <w:r w:rsidR="0B290546" w:rsidRPr="42F9652E">
              <w:rPr>
                <w:rFonts w:ascii="Arial" w:eastAsia="Arial" w:hAnsi="Arial" w:cs="Arial"/>
                <w:b/>
                <w:bCs/>
                <w:sz w:val="20"/>
                <w:szCs w:val="20"/>
              </w:rPr>
              <w:t xml:space="preserve"> du (de la) Président (e)</w:t>
            </w:r>
            <w:r w:rsidR="00497A5E" w:rsidRPr="42F9652E">
              <w:rPr>
                <w:rFonts w:ascii="Arial" w:eastAsia="Arial" w:hAnsi="Arial" w:cs="Arial"/>
                <w:b/>
                <w:bCs/>
                <w:sz w:val="20"/>
                <w:szCs w:val="20"/>
              </w:rPr>
              <w:t xml:space="preserve"> :</w:t>
            </w:r>
          </w:p>
        </w:tc>
        <w:tc>
          <w:tcPr>
            <w:tcW w:w="6917" w:type="dxa"/>
          </w:tcPr>
          <w:p w14:paraId="6B6A0594" w14:textId="77777777" w:rsidR="001A515D" w:rsidRDefault="001A515D" w:rsidP="001A515D">
            <w:r>
              <w:rPr>
                <w:rFonts w:ascii="Arial" w:eastAsia="Arial" w:hAnsi="Arial" w:cs="Arial"/>
                <w:sz w:val="20"/>
              </w:rPr>
              <w:t xml:space="preserve"> </w:t>
            </w:r>
          </w:p>
        </w:tc>
      </w:tr>
    </w:tbl>
    <w:p w14:paraId="24D40FCB" w14:textId="680E1A30" w:rsidR="00027E73" w:rsidRPr="005D10A3" w:rsidRDefault="005D10A3" w:rsidP="005D10A3">
      <w:pPr>
        <w:tabs>
          <w:tab w:val="left" w:pos="1575"/>
        </w:tabs>
        <w:rPr>
          <w:sz w:val="4"/>
          <w:szCs w:val="4"/>
          <w:lang w:val="fr-FR"/>
        </w:rPr>
      </w:pPr>
      <w:r>
        <w:rPr>
          <w:lang w:val="fr-FR"/>
        </w:rPr>
        <w:tab/>
      </w:r>
    </w:p>
    <w:p w14:paraId="02435365" w14:textId="5191A183" w:rsidR="000D7259" w:rsidRDefault="5821531C" w:rsidP="000D7259">
      <w:pPr>
        <w:pStyle w:val="Paragraphedeliste"/>
        <w:numPr>
          <w:ilvl w:val="0"/>
          <w:numId w:val="11"/>
        </w:numPr>
        <w:rPr>
          <w:lang w:val="fr-FR"/>
        </w:rPr>
      </w:pPr>
      <w:r w:rsidRPr="15918ADF">
        <w:rPr>
          <w:lang w:val="fr-FR"/>
        </w:rPr>
        <w:t>Contact</w:t>
      </w:r>
      <w:r w:rsidR="009773DC">
        <w:rPr>
          <w:lang w:val="fr-FR"/>
        </w:rPr>
        <w:t xml:space="preserve"> </w:t>
      </w:r>
      <w:r w:rsidRPr="6CC165F4">
        <w:rPr>
          <w:lang w:val="fr-FR"/>
        </w:rPr>
        <w:t>du (de</w:t>
      </w:r>
      <w:r w:rsidR="00434563">
        <w:rPr>
          <w:lang w:val="fr-FR"/>
        </w:rPr>
        <w:t xml:space="preserve"> </w:t>
      </w:r>
      <w:r w:rsidRPr="64EA3357">
        <w:rPr>
          <w:lang w:val="fr-FR"/>
        </w:rPr>
        <w:t>la)</w:t>
      </w:r>
      <w:r w:rsidR="00434563">
        <w:rPr>
          <w:lang w:val="fr-FR"/>
        </w:rPr>
        <w:t xml:space="preserve"> Directeur</w:t>
      </w:r>
      <w:r w:rsidR="019E2F29" w:rsidRPr="64EA3357">
        <w:rPr>
          <w:lang w:val="fr-FR"/>
        </w:rPr>
        <w:t>(</w:t>
      </w:r>
      <w:proofErr w:type="spellStart"/>
      <w:r w:rsidR="019E2F29" w:rsidRPr="3394453F">
        <w:rPr>
          <w:lang w:val="fr-FR"/>
        </w:rPr>
        <w:t>rice</w:t>
      </w:r>
      <w:proofErr w:type="spellEnd"/>
      <w:r w:rsidR="019E2F29" w:rsidRPr="3394453F">
        <w:rPr>
          <w:lang w:val="fr-FR"/>
        </w:rPr>
        <w:t>)</w:t>
      </w:r>
      <w:r w:rsidR="00434563">
        <w:rPr>
          <w:lang w:val="fr-FR"/>
        </w:rPr>
        <w:t xml:space="preserve"> Général</w:t>
      </w:r>
      <w:r w:rsidR="5184A0C8" w:rsidRPr="3394453F">
        <w:rPr>
          <w:lang w:val="fr-FR"/>
        </w:rPr>
        <w:t>(</w:t>
      </w:r>
      <w:r w:rsidR="5184A0C8" w:rsidRPr="30505952">
        <w:rPr>
          <w:lang w:val="fr-FR"/>
        </w:rPr>
        <w:t>e)</w:t>
      </w:r>
      <w:r w:rsidR="00434563">
        <w:rPr>
          <w:lang w:val="fr-FR"/>
        </w:rPr>
        <w:t xml:space="preserve"> des Services</w:t>
      </w:r>
    </w:p>
    <w:tbl>
      <w:tblPr>
        <w:tblStyle w:val="TableGrid"/>
        <w:tblW w:w="9307" w:type="dxa"/>
        <w:tblInd w:w="-12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47" w:type="dxa"/>
          <w:left w:w="108" w:type="dxa"/>
          <w:right w:w="115" w:type="dxa"/>
        </w:tblCellMar>
        <w:tblLook w:val="04A0" w:firstRow="1" w:lastRow="0" w:firstColumn="1" w:lastColumn="0" w:noHBand="0" w:noVBand="1"/>
      </w:tblPr>
      <w:tblGrid>
        <w:gridCol w:w="2423"/>
        <w:gridCol w:w="6884"/>
      </w:tblGrid>
      <w:tr w:rsidR="00204A50" w14:paraId="3138D78E" w14:textId="77777777" w:rsidTr="000D7259">
        <w:trPr>
          <w:trHeight w:val="240"/>
        </w:trPr>
        <w:tc>
          <w:tcPr>
            <w:tcW w:w="2423" w:type="dxa"/>
          </w:tcPr>
          <w:p w14:paraId="5B161831" w14:textId="055DCE0C" w:rsidR="000D7259" w:rsidRDefault="000D7259" w:rsidP="006D584F">
            <w:r>
              <w:rPr>
                <w:rFonts w:ascii="Arial" w:eastAsia="Arial" w:hAnsi="Arial" w:cs="Arial"/>
                <w:b/>
                <w:sz w:val="20"/>
              </w:rPr>
              <w:t>Civilité</w:t>
            </w:r>
            <w:r w:rsidR="00DF3C86">
              <w:rPr>
                <w:rFonts w:ascii="Arial" w:eastAsia="Arial" w:hAnsi="Arial" w:cs="Arial"/>
                <w:b/>
                <w:sz w:val="20"/>
              </w:rPr>
              <w:t> :</w:t>
            </w:r>
          </w:p>
        </w:tc>
        <w:tc>
          <w:tcPr>
            <w:tcW w:w="6884" w:type="dxa"/>
          </w:tcPr>
          <w:p w14:paraId="79AB0702" w14:textId="77777777" w:rsidR="000D7259" w:rsidRDefault="000D7259" w:rsidP="006D584F">
            <w:r>
              <w:rPr>
                <w:rFonts w:ascii="Arial" w:eastAsia="Arial" w:hAnsi="Arial" w:cs="Arial"/>
                <w:sz w:val="20"/>
              </w:rPr>
              <w:t xml:space="preserve"> </w:t>
            </w:r>
          </w:p>
        </w:tc>
      </w:tr>
      <w:tr w:rsidR="00204A50" w14:paraId="7D8B2F51" w14:textId="77777777" w:rsidTr="524D6EEF">
        <w:trPr>
          <w:trHeight w:val="240"/>
        </w:trPr>
        <w:tc>
          <w:tcPr>
            <w:tcW w:w="2423" w:type="dxa"/>
          </w:tcPr>
          <w:p w14:paraId="4AB916D9" w14:textId="1DE631CD" w:rsidR="000D7259" w:rsidRDefault="000D7259" w:rsidP="524D6EEF">
            <w:pPr>
              <w:rPr>
                <w:rFonts w:ascii="Arial" w:eastAsia="Arial" w:hAnsi="Arial" w:cs="Arial"/>
                <w:b/>
                <w:bCs/>
                <w:sz w:val="20"/>
                <w:szCs w:val="20"/>
              </w:rPr>
            </w:pPr>
            <w:proofErr w:type="gramStart"/>
            <w:r w:rsidRPr="524D6EEF">
              <w:rPr>
                <w:rFonts w:ascii="Arial" w:eastAsia="Arial" w:hAnsi="Arial" w:cs="Arial"/>
                <w:b/>
                <w:bCs/>
                <w:sz w:val="20"/>
                <w:szCs w:val="20"/>
              </w:rPr>
              <w:t>N</w:t>
            </w:r>
            <w:r w:rsidR="005D10A3" w:rsidRPr="524D6EEF">
              <w:rPr>
                <w:rFonts w:ascii="Arial" w:eastAsia="Arial" w:hAnsi="Arial" w:cs="Arial"/>
                <w:b/>
                <w:bCs/>
                <w:sz w:val="20"/>
                <w:szCs w:val="20"/>
              </w:rPr>
              <w:t>om</w:t>
            </w:r>
            <w:r w:rsidR="77C6B10D" w:rsidRPr="524D6EEF">
              <w:rPr>
                <w:rFonts w:ascii="Arial" w:eastAsia="Arial" w:hAnsi="Arial" w:cs="Arial"/>
                <w:b/>
                <w:bCs/>
                <w:sz w:val="20"/>
                <w:szCs w:val="20"/>
              </w:rPr>
              <w:t>:</w:t>
            </w:r>
            <w:proofErr w:type="gramEnd"/>
          </w:p>
        </w:tc>
        <w:tc>
          <w:tcPr>
            <w:tcW w:w="6884" w:type="dxa"/>
          </w:tcPr>
          <w:p w14:paraId="314A4FE2" w14:textId="77777777" w:rsidR="000D7259" w:rsidRDefault="000D7259">
            <w:r w:rsidRPr="524D6EEF">
              <w:rPr>
                <w:rFonts w:ascii="Arial" w:eastAsia="Arial" w:hAnsi="Arial" w:cs="Arial"/>
                <w:sz w:val="20"/>
                <w:szCs w:val="20"/>
              </w:rPr>
              <w:t xml:space="preserve"> </w:t>
            </w:r>
          </w:p>
        </w:tc>
      </w:tr>
      <w:tr w:rsidR="00204A50" w14:paraId="2234A62B" w14:textId="77777777" w:rsidTr="000D7259">
        <w:trPr>
          <w:trHeight w:val="240"/>
        </w:trPr>
        <w:tc>
          <w:tcPr>
            <w:tcW w:w="2423" w:type="dxa"/>
          </w:tcPr>
          <w:p w14:paraId="6CB237ED" w14:textId="12764988" w:rsidR="000D7259" w:rsidRDefault="000D7259" w:rsidP="006D584F">
            <w:r>
              <w:rPr>
                <w:rFonts w:ascii="Arial" w:eastAsia="Arial" w:hAnsi="Arial" w:cs="Arial"/>
                <w:b/>
                <w:sz w:val="20"/>
              </w:rPr>
              <w:t>Prénom</w:t>
            </w:r>
            <w:r w:rsidR="00DF3C86">
              <w:rPr>
                <w:rFonts w:ascii="Arial" w:eastAsia="Arial" w:hAnsi="Arial" w:cs="Arial"/>
                <w:b/>
                <w:sz w:val="20"/>
              </w:rPr>
              <w:t> :</w:t>
            </w:r>
          </w:p>
        </w:tc>
        <w:tc>
          <w:tcPr>
            <w:tcW w:w="6884" w:type="dxa"/>
          </w:tcPr>
          <w:p w14:paraId="0C187B08" w14:textId="77777777" w:rsidR="000D7259" w:rsidRDefault="000D7259" w:rsidP="006D584F">
            <w:r>
              <w:rPr>
                <w:rFonts w:ascii="Arial" w:eastAsia="Arial" w:hAnsi="Arial" w:cs="Arial"/>
                <w:sz w:val="20"/>
              </w:rPr>
              <w:t xml:space="preserve"> </w:t>
            </w:r>
          </w:p>
        </w:tc>
      </w:tr>
      <w:tr w:rsidR="00204A50" w14:paraId="0FED2194" w14:textId="77777777" w:rsidTr="524D6EEF">
        <w:trPr>
          <w:trHeight w:val="240"/>
        </w:trPr>
        <w:tc>
          <w:tcPr>
            <w:tcW w:w="2423" w:type="dxa"/>
          </w:tcPr>
          <w:p w14:paraId="5CE22F9B" w14:textId="758BC8B8" w:rsidR="000D7259" w:rsidRDefault="000D7259">
            <w:r w:rsidRPr="524D6EEF">
              <w:rPr>
                <w:rFonts w:ascii="Arial" w:eastAsia="Arial" w:hAnsi="Arial" w:cs="Arial"/>
                <w:b/>
                <w:bCs/>
                <w:sz w:val="20"/>
                <w:szCs w:val="20"/>
              </w:rPr>
              <w:t>Courriel</w:t>
            </w:r>
            <w:r w:rsidR="77C6B10D" w:rsidRPr="524D6EEF">
              <w:rPr>
                <w:rFonts w:ascii="Arial" w:eastAsia="Arial" w:hAnsi="Arial" w:cs="Arial"/>
                <w:b/>
                <w:bCs/>
                <w:sz w:val="20"/>
                <w:szCs w:val="20"/>
              </w:rPr>
              <w:t> :</w:t>
            </w:r>
          </w:p>
        </w:tc>
        <w:tc>
          <w:tcPr>
            <w:tcW w:w="6884" w:type="dxa"/>
          </w:tcPr>
          <w:p w14:paraId="19007C60" w14:textId="77777777" w:rsidR="000D7259" w:rsidRDefault="000D7259">
            <w:r w:rsidRPr="524D6EEF">
              <w:rPr>
                <w:rFonts w:ascii="Arial" w:eastAsia="Arial" w:hAnsi="Arial" w:cs="Arial"/>
                <w:sz w:val="20"/>
                <w:szCs w:val="20"/>
              </w:rPr>
              <w:t xml:space="preserve"> </w:t>
            </w:r>
          </w:p>
        </w:tc>
      </w:tr>
      <w:tr w:rsidR="00204A50" w14:paraId="41866018" w14:textId="77777777" w:rsidTr="000D7259">
        <w:trPr>
          <w:trHeight w:val="240"/>
        </w:trPr>
        <w:tc>
          <w:tcPr>
            <w:tcW w:w="2423" w:type="dxa"/>
          </w:tcPr>
          <w:p w14:paraId="7310FB38" w14:textId="7421DBD5" w:rsidR="000D7259" w:rsidRDefault="000D7259" w:rsidP="006D584F">
            <w:r>
              <w:rPr>
                <w:rFonts w:ascii="Arial" w:eastAsia="Arial" w:hAnsi="Arial" w:cs="Arial"/>
                <w:b/>
                <w:sz w:val="20"/>
              </w:rPr>
              <w:t>Téléphone</w:t>
            </w:r>
            <w:r w:rsidR="00DF3C86">
              <w:rPr>
                <w:rFonts w:ascii="Arial" w:eastAsia="Arial" w:hAnsi="Arial" w:cs="Arial"/>
                <w:b/>
                <w:sz w:val="20"/>
              </w:rPr>
              <w:t> :</w:t>
            </w:r>
          </w:p>
        </w:tc>
        <w:tc>
          <w:tcPr>
            <w:tcW w:w="6884" w:type="dxa"/>
          </w:tcPr>
          <w:p w14:paraId="6D8279C5" w14:textId="77777777" w:rsidR="000D7259" w:rsidRDefault="000D7259" w:rsidP="006D584F">
            <w:r>
              <w:rPr>
                <w:rFonts w:ascii="Arial" w:eastAsia="Arial" w:hAnsi="Arial" w:cs="Arial"/>
                <w:sz w:val="20"/>
              </w:rPr>
              <w:t xml:space="preserve"> </w:t>
            </w:r>
          </w:p>
        </w:tc>
      </w:tr>
    </w:tbl>
    <w:p w14:paraId="01E378FA" w14:textId="000FA43E" w:rsidR="000D7259" w:rsidRPr="005D10A3" w:rsidRDefault="005D10A3" w:rsidP="005D10A3">
      <w:pPr>
        <w:tabs>
          <w:tab w:val="left" w:pos="1545"/>
        </w:tabs>
        <w:rPr>
          <w:sz w:val="16"/>
          <w:szCs w:val="16"/>
          <w:lang w:val="fr-FR"/>
        </w:rPr>
      </w:pPr>
      <w:r>
        <w:rPr>
          <w:lang w:val="fr-FR"/>
        </w:rPr>
        <w:tab/>
      </w:r>
    </w:p>
    <w:p w14:paraId="20FE0908" w14:textId="2A2FF533" w:rsidR="000D7259" w:rsidRPr="000D7259" w:rsidRDefault="51E6342E" w:rsidP="00EA792B">
      <w:pPr>
        <w:pStyle w:val="Paragraphedeliste"/>
        <w:numPr>
          <w:ilvl w:val="0"/>
          <w:numId w:val="11"/>
        </w:numPr>
        <w:spacing w:after="1"/>
        <w:ind w:left="715" w:hanging="431"/>
        <w:jc w:val="both"/>
      </w:pPr>
      <w:r w:rsidRPr="453CABE8">
        <w:rPr>
          <w:lang w:val="fr-FR"/>
        </w:rPr>
        <w:t>C</w:t>
      </w:r>
      <w:r w:rsidR="000D7259" w:rsidRPr="453CABE8">
        <w:rPr>
          <w:lang w:val="fr-FR"/>
        </w:rPr>
        <w:t xml:space="preserve">ontact opérationnel </w:t>
      </w:r>
      <w:r w:rsidR="005D10A3" w:rsidRPr="453CABE8">
        <w:rPr>
          <w:lang w:val="fr-FR"/>
        </w:rPr>
        <w:t>dédié</w:t>
      </w:r>
      <w:r w:rsidR="097DA228" w:rsidRPr="453CABE8">
        <w:rPr>
          <w:lang w:val="fr-FR"/>
        </w:rPr>
        <w:t xml:space="preserve"> </w:t>
      </w:r>
      <w:r w:rsidR="000D7259" w:rsidRPr="453CABE8">
        <w:rPr>
          <w:lang w:val="fr-FR"/>
        </w:rPr>
        <w:t>dans le cadre de l’accompagnement</w:t>
      </w:r>
      <w:r w:rsidR="005D10A3" w:rsidRPr="453CABE8">
        <w:rPr>
          <w:lang w:val="fr-FR"/>
        </w:rPr>
        <w:t xml:space="preserve"> </w:t>
      </w:r>
      <w:r w:rsidR="570E272A" w:rsidRPr="453CABE8">
        <w:rPr>
          <w:lang w:val="fr-FR"/>
        </w:rPr>
        <w:t>au P</w:t>
      </w:r>
      <w:r w:rsidR="005D10A3" w:rsidRPr="453CABE8">
        <w:rPr>
          <w:lang w:val="fr-FR"/>
        </w:rPr>
        <w:t xml:space="preserve">arcours de </w:t>
      </w:r>
      <w:r w:rsidR="5E8A704F" w:rsidRPr="453CABE8">
        <w:rPr>
          <w:lang w:val="fr-FR"/>
        </w:rPr>
        <w:t>T</w:t>
      </w:r>
      <w:r w:rsidR="005D10A3" w:rsidRPr="453CABE8">
        <w:rPr>
          <w:lang w:val="fr-FR"/>
        </w:rPr>
        <w:t>ransformation</w:t>
      </w:r>
      <w:r w:rsidR="1F79E607" w:rsidRPr="453CABE8">
        <w:rPr>
          <w:lang w:val="fr-FR"/>
        </w:rPr>
        <w:t xml:space="preserve"> </w:t>
      </w:r>
      <w:r w:rsidR="0816F651" w:rsidRPr="453CABE8">
        <w:rPr>
          <w:lang w:val="fr-FR"/>
        </w:rPr>
        <w:t xml:space="preserve">des Territoires Ruraux </w:t>
      </w:r>
      <w:r w:rsidR="1F79E607" w:rsidRPr="453CABE8">
        <w:rPr>
          <w:lang w:val="fr-FR"/>
        </w:rPr>
        <w:t>par le Numérique</w:t>
      </w:r>
    </w:p>
    <w:p w14:paraId="64CF80BC" w14:textId="5ADB0FE7" w:rsidR="000D7259" w:rsidRDefault="000D7259" w:rsidP="000D7259">
      <w:pPr>
        <w:pStyle w:val="Paragraphedeliste"/>
        <w:spacing w:after="1"/>
        <w:ind w:left="715"/>
        <w:rPr>
          <w:rFonts w:ascii="Arial" w:eastAsia="Arial" w:hAnsi="Arial" w:cs="Arial"/>
          <w:i/>
          <w:color w:val="002060"/>
          <w:sz w:val="18"/>
        </w:rPr>
      </w:pPr>
      <w:r w:rsidRPr="000D7259">
        <w:rPr>
          <w:rFonts w:ascii="Arial" w:eastAsia="Arial" w:hAnsi="Arial" w:cs="Arial"/>
          <w:i/>
          <w:color w:val="002060"/>
          <w:sz w:val="18"/>
        </w:rPr>
        <w:t>(</w:t>
      </w:r>
      <w:proofErr w:type="spellStart"/>
      <w:r w:rsidRPr="000D7259">
        <w:rPr>
          <w:rFonts w:ascii="Arial" w:eastAsia="Arial" w:hAnsi="Arial" w:cs="Arial"/>
          <w:i/>
          <w:color w:val="002060"/>
          <w:sz w:val="18"/>
        </w:rPr>
        <w:t>si</w:t>
      </w:r>
      <w:proofErr w:type="spellEnd"/>
      <w:r w:rsidRPr="000D7259">
        <w:rPr>
          <w:rFonts w:ascii="Arial" w:eastAsia="Arial" w:hAnsi="Arial" w:cs="Arial"/>
          <w:i/>
          <w:color w:val="002060"/>
          <w:sz w:val="18"/>
        </w:rPr>
        <w:t xml:space="preserve"> </w:t>
      </w:r>
      <w:proofErr w:type="spellStart"/>
      <w:r w:rsidRPr="000D7259">
        <w:rPr>
          <w:rFonts w:ascii="Arial" w:eastAsia="Arial" w:hAnsi="Arial" w:cs="Arial"/>
          <w:i/>
          <w:color w:val="002060"/>
          <w:sz w:val="18"/>
        </w:rPr>
        <w:t>différente</w:t>
      </w:r>
      <w:proofErr w:type="spellEnd"/>
      <w:r w:rsidRPr="000D7259">
        <w:rPr>
          <w:rFonts w:ascii="Arial" w:eastAsia="Arial" w:hAnsi="Arial" w:cs="Arial"/>
          <w:i/>
          <w:color w:val="002060"/>
          <w:sz w:val="18"/>
        </w:rPr>
        <w:t xml:space="preserve"> du </w:t>
      </w:r>
      <w:proofErr w:type="spellStart"/>
      <w:r w:rsidRPr="000D7259">
        <w:rPr>
          <w:rFonts w:ascii="Arial" w:eastAsia="Arial" w:hAnsi="Arial" w:cs="Arial"/>
          <w:i/>
          <w:color w:val="002060"/>
          <w:sz w:val="18"/>
        </w:rPr>
        <w:t>représentant</w:t>
      </w:r>
      <w:proofErr w:type="spellEnd"/>
      <w:r w:rsidRPr="000D7259">
        <w:rPr>
          <w:rFonts w:ascii="Arial" w:eastAsia="Arial" w:hAnsi="Arial" w:cs="Arial"/>
          <w:i/>
          <w:color w:val="002060"/>
          <w:sz w:val="18"/>
        </w:rPr>
        <w:t xml:space="preserve"> </w:t>
      </w:r>
      <w:proofErr w:type="spellStart"/>
      <w:r w:rsidRPr="000D7259">
        <w:rPr>
          <w:rFonts w:ascii="Arial" w:eastAsia="Arial" w:hAnsi="Arial" w:cs="Arial"/>
          <w:i/>
          <w:color w:val="002060"/>
          <w:sz w:val="18"/>
        </w:rPr>
        <w:t>légal</w:t>
      </w:r>
      <w:proofErr w:type="spellEnd"/>
      <w:r w:rsidRPr="000D7259">
        <w:rPr>
          <w:rFonts w:ascii="Arial" w:eastAsia="Arial" w:hAnsi="Arial" w:cs="Arial"/>
          <w:i/>
          <w:color w:val="002060"/>
          <w:sz w:val="18"/>
        </w:rPr>
        <w:t xml:space="preserve">) </w:t>
      </w:r>
    </w:p>
    <w:p w14:paraId="38F9025F" w14:textId="77777777" w:rsidR="000D7259" w:rsidRPr="000D7259" w:rsidRDefault="000D7259" w:rsidP="000D7259">
      <w:pPr>
        <w:pStyle w:val="Paragraphedeliste"/>
        <w:spacing w:after="1"/>
        <w:ind w:left="715"/>
        <w:rPr>
          <w:color w:val="002060"/>
        </w:rPr>
      </w:pPr>
    </w:p>
    <w:tbl>
      <w:tblPr>
        <w:tblStyle w:val="TableGrid"/>
        <w:tblW w:w="9319" w:type="dxa"/>
        <w:tblInd w:w="-13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47" w:type="dxa"/>
          <w:left w:w="108" w:type="dxa"/>
          <w:right w:w="115" w:type="dxa"/>
        </w:tblCellMar>
        <w:tblLook w:val="04A0" w:firstRow="1" w:lastRow="0" w:firstColumn="1" w:lastColumn="0" w:noHBand="0" w:noVBand="1"/>
      </w:tblPr>
      <w:tblGrid>
        <w:gridCol w:w="2535"/>
        <w:gridCol w:w="6784"/>
      </w:tblGrid>
      <w:tr w:rsidR="00204A50" w14:paraId="1F23F408" w14:textId="77777777" w:rsidTr="000D7259">
        <w:trPr>
          <w:trHeight w:val="240"/>
        </w:trPr>
        <w:tc>
          <w:tcPr>
            <w:tcW w:w="2535" w:type="dxa"/>
          </w:tcPr>
          <w:p w14:paraId="0E31685D" w14:textId="37D8AC23" w:rsidR="000D7259" w:rsidRDefault="000D7259" w:rsidP="006D584F">
            <w:r>
              <w:rPr>
                <w:rFonts w:ascii="Arial" w:eastAsia="Arial" w:hAnsi="Arial" w:cs="Arial"/>
                <w:b/>
                <w:sz w:val="20"/>
              </w:rPr>
              <w:t>Civilité</w:t>
            </w:r>
            <w:r w:rsidR="00DF3C86">
              <w:rPr>
                <w:rFonts w:ascii="Arial" w:eastAsia="Arial" w:hAnsi="Arial" w:cs="Arial"/>
                <w:b/>
                <w:sz w:val="20"/>
              </w:rPr>
              <w:t> :</w:t>
            </w:r>
          </w:p>
        </w:tc>
        <w:tc>
          <w:tcPr>
            <w:tcW w:w="6784" w:type="dxa"/>
          </w:tcPr>
          <w:p w14:paraId="187D6F4F" w14:textId="77777777" w:rsidR="000D7259" w:rsidRDefault="000D7259" w:rsidP="006D584F">
            <w:r>
              <w:rPr>
                <w:rFonts w:ascii="Arial" w:eastAsia="Arial" w:hAnsi="Arial" w:cs="Arial"/>
                <w:sz w:val="20"/>
              </w:rPr>
              <w:t xml:space="preserve"> </w:t>
            </w:r>
          </w:p>
        </w:tc>
      </w:tr>
      <w:tr w:rsidR="00204A50" w14:paraId="7A8D8EFD" w14:textId="77777777" w:rsidTr="524D6EEF">
        <w:trPr>
          <w:trHeight w:val="240"/>
        </w:trPr>
        <w:tc>
          <w:tcPr>
            <w:tcW w:w="2535" w:type="dxa"/>
          </w:tcPr>
          <w:p w14:paraId="0D4FADE2" w14:textId="69338C01" w:rsidR="000D7259" w:rsidRDefault="000D7259">
            <w:r w:rsidRPr="524D6EEF">
              <w:rPr>
                <w:rFonts w:ascii="Arial" w:eastAsia="Arial" w:hAnsi="Arial" w:cs="Arial"/>
                <w:b/>
                <w:bCs/>
                <w:sz w:val="20"/>
                <w:szCs w:val="20"/>
              </w:rPr>
              <w:t>N</w:t>
            </w:r>
            <w:r w:rsidR="005D10A3" w:rsidRPr="524D6EEF">
              <w:rPr>
                <w:rFonts w:ascii="Arial" w:eastAsia="Arial" w:hAnsi="Arial" w:cs="Arial"/>
                <w:b/>
                <w:bCs/>
                <w:sz w:val="20"/>
                <w:szCs w:val="20"/>
              </w:rPr>
              <w:t>om</w:t>
            </w:r>
            <w:r w:rsidR="77C6B10D" w:rsidRPr="524D6EEF">
              <w:rPr>
                <w:rFonts w:ascii="Arial" w:eastAsia="Arial" w:hAnsi="Arial" w:cs="Arial"/>
                <w:b/>
                <w:bCs/>
                <w:sz w:val="20"/>
                <w:szCs w:val="20"/>
              </w:rPr>
              <w:t> :</w:t>
            </w:r>
          </w:p>
        </w:tc>
        <w:tc>
          <w:tcPr>
            <w:tcW w:w="6784" w:type="dxa"/>
          </w:tcPr>
          <w:p w14:paraId="1C0CC56F" w14:textId="77777777" w:rsidR="000D7259" w:rsidRDefault="000D7259">
            <w:r w:rsidRPr="524D6EEF">
              <w:rPr>
                <w:rFonts w:ascii="Arial" w:eastAsia="Arial" w:hAnsi="Arial" w:cs="Arial"/>
                <w:sz w:val="20"/>
                <w:szCs w:val="20"/>
              </w:rPr>
              <w:t xml:space="preserve"> </w:t>
            </w:r>
          </w:p>
        </w:tc>
      </w:tr>
      <w:tr w:rsidR="00204A50" w14:paraId="4CAE4353" w14:textId="77777777" w:rsidTr="000D7259">
        <w:trPr>
          <w:trHeight w:val="240"/>
        </w:trPr>
        <w:tc>
          <w:tcPr>
            <w:tcW w:w="2535" w:type="dxa"/>
          </w:tcPr>
          <w:p w14:paraId="41559193" w14:textId="4A384C2E" w:rsidR="000D7259" w:rsidRDefault="000D7259" w:rsidP="006D584F">
            <w:r>
              <w:rPr>
                <w:rFonts w:ascii="Arial" w:eastAsia="Arial" w:hAnsi="Arial" w:cs="Arial"/>
                <w:b/>
                <w:sz w:val="20"/>
              </w:rPr>
              <w:t>Prénom</w:t>
            </w:r>
            <w:r w:rsidR="00DF3C86">
              <w:rPr>
                <w:rFonts w:ascii="Arial" w:eastAsia="Arial" w:hAnsi="Arial" w:cs="Arial"/>
                <w:b/>
                <w:sz w:val="20"/>
              </w:rPr>
              <w:t> :</w:t>
            </w:r>
          </w:p>
        </w:tc>
        <w:tc>
          <w:tcPr>
            <w:tcW w:w="6784" w:type="dxa"/>
          </w:tcPr>
          <w:p w14:paraId="0ABE96DD" w14:textId="77777777" w:rsidR="000D7259" w:rsidRDefault="000D7259" w:rsidP="006D584F">
            <w:r>
              <w:rPr>
                <w:rFonts w:ascii="Arial" w:eastAsia="Arial" w:hAnsi="Arial" w:cs="Arial"/>
                <w:sz w:val="20"/>
              </w:rPr>
              <w:t xml:space="preserve"> </w:t>
            </w:r>
          </w:p>
        </w:tc>
      </w:tr>
      <w:tr w:rsidR="00204A50" w14:paraId="4E81A8A6" w14:textId="77777777" w:rsidTr="000D7259">
        <w:trPr>
          <w:trHeight w:val="240"/>
        </w:trPr>
        <w:tc>
          <w:tcPr>
            <w:tcW w:w="2535" w:type="dxa"/>
          </w:tcPr>
          <w:p w14:paraId="324F3AA5" w14:textId="34E41B8F" w:rsidR="000D7259" w:rsidRDefault="000D7259" w:rsidP="006D584F">
            <w:r>
              <w:rPr>
                <w:rFonts w:ascii="Arial" w:eastAsia="Arial" w:hAnsi="Arial" w:cs="Arial"/>
                <w:b/>
                <w:sz w:val="20"/>
              </w:rPr>
              <w:t>Fonction</w:t>
            </w:r>
            <w:r w:rsidR="00DF3C86">
              <w:rPr>
                <w:rFonts w:ascii="Arial" w:eastAsia="Arial" w:hAnsi="Arial" w:cs="Arial"/>
                <w:b/>
                <w:sz w:val="20"/>
              </w:rPr>
              <w:t> :</w:t>
            </w:r>
          </w:p>
        </w:tc>
        <w:tc>
          <w:tcPr>
            <w:tcW w:w="6784" w:type="dxa"/>
          </w:tcPr>
          <w:p w14:paraId="24899E11" w14:textId="77777777" w:rsidR="000D7259" w:rsidRDefault="000D7259" w:rsidP="006D584F">
            <w:r>
              <w:rPr>
                <w:rFonts w:ascii="Arial" w:eastAsia="Arial" w:hAnsi="Arial" w:cs="Arial"/>
                <w:sz w:val="20"/>
              </w:rPr>
              <w:t xml:space="preserve"> </w:t>
            </w:r>
          </w:p>
        </w:tc>
      </w:tr>
      <w:tr w:rsidR="00204A50" w14:paraId="3F3B25F2" w14:textId="77777777" w:rsidTr="524D6EEF">
        <w:trPr>
          <w:trHeight w:val="240"/>
        </w:trPr>
        <w:tc>
          <w:tcPr>
            <w:tcW w:w="2535" w:type="dxa"/>
          </w:tcPr>
          <w:p w14:paraId="4D9ACA0C" w14:textId="4A3FCF58" w:rsidR="000D7259" w:rsidRDefault="000D7259">
            <w:r w:rsidRPr="524D6EEF">
              <w:rPr>
                <w:rFonts w:ascii="Arial" w:eastAsia="Arial" w:hAnsi="Arial" w:cs="Arial"/>
                <w:b/>
                <w:bCs/>
                <w:sz w:val="20"/>
                <w:szCs w:val="20"/>
              </w:rPr>
              <w:t>Courriel</w:t>
            </w:r>
            <w:r w:rsidR="77C6B10D" w:rsidRPr="524D6EEF">
              <w:rPr>
                <w:rFonts w:ascii="Arial" w:eastAsia="Arial" w:hAnsi="Arial" w:cs="Arial"/>
                <w:b/>
                <w:bCs/>
                <w:sz w:val="20"/>
                <w:szCs w:val="20"/>
              </w:rPr>
              <w:t> :</w:t>
            </w:r>
          </w:p>
        </w:tc>
        <w:tc>
          <w:tcPr>
            <w:tcW w:w="6784" w:type="dxa"/>
          </w:tcPr>
          <w:p w14:paraId="3CF61714" w14:textId="77777777" w:rsidR="000D7259" w:rsidRDefault="000D7259">
            <w:r w:rsidRPr="524D6EEF">
              <w:rPr>
                <w:rFonts w:ascii="Arial" w:eastAsia="Arial" w:hAnsi="Arial" w:cs="Arial"/>
                <w:sz w:val="20"/>
                <w:szCs w:val="20"/>
              </w:rPr>
              <w:t xml:space="preserve"> </w:t>
            </w:r>
          </w:p>
        </w:tc>
      </w:tr>
      <w:tr w:rsidR="00204A50" w14:paraId="08B177FA" w14:textId="77777777" w:rsidTr="000D7259">
        <w:trPr>
          <w:trHeight w:val="240"/>
        </w:trPr>
        <w:tc>
          <w:tcPr>
            <w:tcW w:w="2535" w:type="dxa"/>
          </w:tcPr>
          <w:p w14:paraId="5F2FC42A" w14:textId="3C4B4468" w:rsidR="000D7259" w:rsidRDefault="000D7259" w:rsidP="006D584F">
            <w:r>
              <w:rPr>
                <w:rFonts w:ascii="Arial" w:eastAsia="Arial" w:hAnsi="Arial" w:cs="Arial"/>
                <w:b/>
                <w:sz w:val="20"/>
              </w:rPr>
              <w:t>Téléphone</w:t>
            </w:r>
            <w:r w:rsidR="00DF3C86">
              <w:rPr>
                <w:rFonts w:ascii="Arial" w:eastAsia="Arial" w:hAnsi="Arial" w:cs="Arial"/>
                <w:b/>
                <w:sz w:val="20"/>
              </w:rPr>
              <w:t> :</w:t>
            </w:r>
          </w:p>
        </w:tc>
        <w:tc>
          <w:tcPr>
            <w:tcW w:w="6784" w:type="dxa"/>
          </w:tcPr>
          <w:p w14:paraId="4685739F" w14:textId="77777777" w:rsidR="000D7259" w:rsidRDefault="000D7259" w:rsidP="006D584F">
            <w:r>
              <w:rPr>
                <w:rFonts w:ascii="Arial" w:eastAsia="Arial" w:hAnsi="Arial" w:cs="Arial"/>
                <w:sz w:val="20"/>
              </w:rPr>
              <w:t xml:space="preserve"> </w:t>
            </w:r>
          </w:p>
        </w:tc>
      </w:tr>
    </w:tbl>
    <w:p w14:paraId="4D280900" w14:textId="0E70AF74" w:rsidR="000D7259" w:rsidRDefault="005B23BC" w:rsidP="000E4726">
      <w:pPr>
        <w:pStyle w:val="Titre1"/>
        <w:numPr>
          <w:ilvl w:val="0"/>
          <w:numId w:val="10"/>
        </w:numPr>
        <w:rPr>
          <w:lang w:val="fr-FR"/>
        </w:rPr>
      </w:pPr>
      <w:r>
        <w:rPr>
          <w:lang w:val="fr-FR"/>
        </w:rPr>
        <w:lastRenderedPageBreak/>
        <w:t>Le territoire de la collectivité</w:t>
      </w:r>
    </w:p>
    <w:tbl>
      <w:tblP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957"/>
        <w:gridCol w:w="3673"/>
      </w:tblGrid>
      <w:tr w:rsidR="00C21DC9" w:rsidRPr="00027E73" w14:paraId="60B67315" w14:textId="77777777" w:rsidTr="284B4A9B">
        <w:tc>
          <w:tcPr>
            <w:tcW w:w="4957" w:type="dxa"/>
            <w:vAlign w:val="center"/>
          </w:tcPr>
          <w:p w14:paraId="13EE139A" w14:textId="2A2E5F83" w:rsidR="000D7259" w:rsidRPr="00027E73" w:rsidRDefault="005D10A3" w:rsidP="006D584F">
            <w:pPr>
              <w:rPr>
                <w:lang w:val="fr-FR"/>
              </w:rPr>
            </w:pPr>
            <w:r>
              <w:rPr>
                <w:rFonts w:ascii="Arial" w:eastAsia="Arial" w:hAnsi="Arial" w:cs="Arial"/>
                <w:b/>
                <w:kern w:val="2"/>
                <w:sz w:val="20"/>
                <w:szCs w:val="24"/>
                <w:lang w:val="fr-FR" w:eastAsia="fr-FR"/>
                <w14:ligatures w14:val="standardContextual"/>
              </w:rPr>
              <w:t>Nombres de c</w:t>
            </w:r>
            <w:r w:rsidR="000D7259" w:rsidRPr="000D7259">
              <w:rPr>
                <w:rFonts w:ascii="Arial" w:eastAsia="Arial" w:hAnsi="Arial" w:cs="Arial"/>
                <w:b/>
                <w:kern w:val="2"/>
                <w:sz w:val="20"/>
                <w:szCs w:val="24"/>
                <w:lang w:val="fr-FR" w:eastAsia="fr-FR"/>
                <w14:ligatures w14:val="standardContextual"/>
              </w:rPr>
              <w:t>ommunes membres</w:t>
            </w:r>
            <w:r w:rsidR="00DF3C86">
              <w:rPr>
                <w:rFonts w:ascii="Arial" w:eastAsia="Arial" w:hAnsi="Arial" w:cs="Arial"/>
                <w:b/>
                <w:kern w:val="2"/>
                <w:sz w:val="20"/>
                <w:szCs w:val="24"/>
                <w:lang w:val="fr-FR" w:eastAsia="fr-FR"/>
                <w14:ligatures w14:val="standardContextual"/>
              </w:rPr>
              <w:t> :</w:t>
            </w:r>
          </w:p>
        </w:tc>
        <w:tc>
          <w:tcPr>
            <w:tcW w:w="3673" w:type="dxa"/>
            <w:vAlign w:val="center"/>
          </w:tcPr>
          <w:p w14:paraId="2F72C32D" w14:textId="77777777" w:rsidR="000D7259" w:rsidRPr="00027E73" w:rsidRDefault="000D7259" w:rsidP="006D584F">
            <w:pPr>
              <w:rPr>
                <w:lang w:val="fr-FR"/>
              </w:rPr>
            </w:pPr>
          </w:p>
        </w:tc>
      </w:tr>
      <w:tr w:rsidR="00C21DC9" w:rsidRPr="00027E73" w14:paraId="4CCA0F89" w14:textId="77777777" w:rsidTr="284B4A9B">
        <w:tc>
          <w:tcPr>
            <w:tcW w:w="4957" w:type="dxa"/>
            <w:vAlign w:val="center"/>
          </w:tcPr>
          <w:p w14:paraId="038B7DF3" w14:textId="7F1748E9" w:rsidR="005D10A3" w:rsidRPr="000D7259" w:rsidRDefault="005D10A3" w:rsidP="006D584F">
            <w:pPr>
              <w:rPr>
                <w:rFonts w:ascii="Arial" w:eastAsia="Arial" w:hAnsi="Arial" w:cs="Arial"/>
                <w:b/>
                <w:kern w:val="2"/>
                <w:sz w:val="20"/>
                <w:szCs w:val="20"/>
                <w:lang w:val="fr-FR" w:eastAsia="fr-FR"/>
                <w14:ligatures w14:val="standardContextual"/>
              </w:rPr>
            </w:pPr>
            <w:r w:rsidRPr="036863DF">
              <w:rPr>
                <w:rFonts w:ascii="Arial" w:eastAsia="Arial" w:hAnsi="Arial" w:cs="Arial"/>
                <w:b/>
                <w:kern w:val="2"/>
                <w:sz w:val="20"/>
                <w:szCs w:val="20"/>
                <w:lang w:val="fr-FR" w:eastAsia="fr-FR"/>
                <w14:ligatures w14:val="standardContextual"/>
              </w:rPr>
              <w:t>Nombre de communes de plus de 3500 habitants</w:t>
            </w:r>
            <w:r w:rsidR="00DF3C86" w:rsidRPr="036863DF">
              <w:rPr>
                <w:rFonts w:ascii="Arial" w:eastAsia="Arial" w:hAnsi="Arial" w:cs="Arial"/>
                <w:b/>
                <w:sz w:val="20"/>
                <w:szCs w:val="20"/>
                <w:lang w:val="fr-FR" w:eastAsia="fr-FR"/>
              </w:rPr>
              <w:t> :</w:t>
            </w:r>
          </w:p>
        </w:tc>
        <w:tc>
          <w:tcPr>
            <w:tcW w:w="3673" w:type="dxa"/>
            <w:vAlign w:val="center"/>
          </w:tcPr>
          <w:p w14:paraId="196B8495" w14:textId="77777777" w:rsidR="005D10A3" w:rsidRPr="00027E73" w:rsidRDefault="005D10A3" w:rsidP="006D584F">
            <w:pPr>
              <w:rPr>
                <w:lang w:val="fr-FR"/>
              </w:rPr>
            </w:pPr>
          </w:p>
        </w:tc>
      </w:tr>
      <w:tr w:rsidR="00C21DC9" w:rsidRPr="00027E73" w14:paraId="075025AA" w14:textId="77777777" w:rsidTr="284B4A9B">
        <w:tc>
          <w:tcPr>
            <w:tcW w:w="4957" w:type="dxa"/>
            <w:vAlign w:val="center"/>
          </w:tcPr>
          <w:p w14:paraId="5790F7E4" w14:textId="4B2B1049" w:rsidR="004F6884" w:rsidRDefault="004F6884" w:rsidP="284B4A9B">
            <w:pPr>
              <w:rPr>
                <w:rFonts w:ascii="Arial" w:eastAsia="Arial" w:hAnsi="Arial" w:cs="Arial"/>
                <w:b/>
                <w:bCs/>
                <w:kern w:val="2"/>
                <w:sz w:val="20"/>
                <w:szCs w:val="20"/>
                <w:lang w:val="fr-FR" w:eastAsia="fr-FR"/>
                <w14:ligatures w14:val="standardContextual"/>
              </w:rPr>
            </w:pPr>
            <w:r w:rsidRPr="284B4A9B">
              <w:rPr>
                <w:rFonts w:ascii="Arial" w:eastAsia="Arial" w:hAnsi="Arial" w:cs="Arial"/>
                <w:b/>
                <w:bCs/>
                <w:kern w:val="2"/>
                <w:sz w:val="20"/>
                <w:szCs w:val="20"/>
                <w:lang w:val="fr-FR" w:eastAsia="fr-FR"/>
                <w14:ligatures w14:val="standardContextual"/>
              </w:rPr>
              <w:t xml:space="preserve">Nombre total d’habitants </w:t>
            </w:r>
            <w:r w:rsidR="435EDD5B" w:rsidRPr="284B4A9B">
              <w:rPr>
                <w:rFonts w:ascii="Arial" w:eastAsia="Arial" w:hAnsi="Arial" w:cs="Arial"/>
                <w:b/>
                <w:bCs/>
                <w:kern w:val="2"/>
                <w:sz w:val="20"/>
                <w:szCs w:val="20"/>
                <w:lang w:val="fr-FR" w:eastAsia="fr-FR"/>
                <w14:ligatures w14:val="standardContextual"/>
              </w:rPr>
              <w:t xml:space="preserve">sur le territoire de </w:t>
            </w:r>
            <w:r w:rsidRPr="284B4A9B">
              <w:rPr>
                <w:rFonts w:ascii="Arial" w:eastAsia="Arial" w:hAnsi="Arial" w:cs="Arial"/>
                <w:b/>
                <w:bCs/>
                <w:kern w:val="2"/>
                <w:sz w:val="20"/>
                <w:szCs w:val="20"/>
                <w:lang w:val="fr-FR" w:eastAsia="fr-FR"/>
                <w14:ligatures w14:val="standardContextual"/>
              </w:rPr>
              <w:t xml:space="preserve">la </w:t>
            </w:r>
            <w:r w:rsidR="0093668E">
              <w:rPr>
                <w:rFonts w:ascii="Arial" w:eastAsia="Arial" w:hAnsi="Arial" w:cs="Arial"/>
                <w:b/>
                <w:bCs/>
                <w:kern w:val="2"/>
                <w:sz w:val="20"/>
                <w:szCs w:val="20"/>
                <w:lang w:val="fr-FR" w:eastAsia="fr-FR"/>
                <w14:ligatures w14:val="standardContextual"/>
              </w:rPr>
              <w:t>collectivité</w:t>
            </w:r>
            <w:r w:rsidR="00DF3C86">
              <w:rPr>
                <w:rFonts w:ascii="Arial" w:eastAsia="Arial" w:hAnsi="Arial" w:cs="Arial"/>
                <w:b/>
                <w:bCs/>
                <w:kern w:val="2"/>
                <w:sz w:val="20"/>
                <w:szCs w:val="20"/>
                <w:lang w:val="fr-FR" w:eastAsia="fr-FR"/>
                <w14:ligatures w14:val="standardContextual"/>
              </w:rPr>
              <w:t> :</w:t>
            </w:r>
          </w:p>
        </w:tc>
        <w:tc>
          <w:tcPr>
            <w:tcW w:w="3673" w:type="dxa"/>
            <w:vAlign w:val="center"/>
          </w:tcPr>
          <w:p w14:paraId="6F82C86E" w14:textId="77777777" w:rsidR="004F6884" w:rsidRPr="00027E73" w:rsidRDefault="004F6884" w:rsidP="006D584F">
            <w:pPr>
              <w:rPr>
                <w:lang w:val="fr-FR"/>
              </w:rPr>
            </w:pPr>
          </w:p>
        </w:tc>
      </w:tr>
    </w:tbl>
    <w:p w14:paraId="3F36B707" w14:textId="35078D14" w:rsidR="001A1353" w:rsidRPr="00027E73" w:rsidRDefault="003E304B" w:rsidP="000E4726">
      <w:pPr>
        <w:pStyle w:val="Titre1"/>
        <w:numPr>
          <w:ilvl w:val="0"/>
          <w:numId w:val="10"/>
        </w:numPr>
        <w:rPr>
          <w:lang w:val="fr-FR"/>
        </w:rPr>
      </w:pPr>
      <w:r w:rsidRPr="00027E73">
        <w:rPr>
          <w:lang w:val="fr-FR"/>
        </w:rPr>
        <w:t>Motivation de la c</w:t>
      </w:r>
      <w:r w:rsidR="004D6F75">
        <w:rPr>
          <w:lang w:val="fr-FR"/>
        </w:rPr>
        <w:t>ollectivité</w:t>
      </w:r>
    </w:p>
    <w:p w14:paraId="08E3B3C4" w14:textId="22CDF3F3" w:rsidR="2ADB63B4" w:rsidRDefault="2ADB63B4" w:rsidP="2ADB63B4">
      <w:pPr>
        <w:jc w:val="both"/>
        <w:rPr>
          <w:lang w:val="fr-FR"/>
        </w:rPr>
      </w:pPr>
    </w:p>
    <w:p w14:paraId="31184AE8" w14:textId="7EB4CECF" w:rsidR="001A1353" w:rsidRDefault="000D7259" w:rsidP="00EA792B">
      <w:pPr>
        <w:jc w:val="both"/>
        <w:rPr>
          <w:lang w:val="fr-FR"/>
        </w:rPr>
      </w:pPr>
      <w:r w:rsidRPr="00027E73">
        <w:rPr>
          <w:lang w:val="fr-FR"/>
        </w:rPr>
        <w:t>Décrivez</w:t>
      </w:r>
      <w:r w:rsidR="003E304B" w:rsidRPr="00027E73">
        <w:rPr>
          <w:lang w:val="fr-FR"/>
        </w:rPr>
        <w:t xml:space="preserve"> </w:t>
      </w:r>
      <w:r w:rsidR="007E259D">
        <w:rPr>
          <w:lang w:val="fr-FR"/>
        </w:rPr>
        <w:t xml:space="preserve">ci-dessous </w:t>
      </w:r>
      <w:r w:rsidR="003E304B" w:rsidRPr="00027E73">
        <w:rPr>
          <w:lang w:val="fr-FR"/>
        </w:rPr>
        <w:t xml:space="preserve">les raisons de votre candidature et les bénéfices attendus pour votre territoire. </w:t>
      </w:r>
      <w:r w:rsidR="00BF181F">
        <w:rPr>
          <w:lang w:val="fr-FR"/>
        </w:rPr>
        <w:t>Les informations recueillies dans c</w:t>
      </w:r>
      <w:r w:rsidR="003E304B" w:rsidRPr="00027E73">
        <w:rPr>
          <w:lang w:val="fr-FR"/>
        </w:rPr>
        <w:t>ette section n’</w:t>
      </w:r>
      <w:r w:rsidR="00BF181F">
        <w:rPr>
          <w:lang w:val="fr-FR"/>
        </w:rPr>
        <w:t>impliquent</w:t>
      </w:r>
      <w:r w:rsidR="003E304B" w:rsidRPr="00027E73">
        <w:rPr>
          <w:lang w:val="fr-FR"/>
        </w:rPr>
        <w:t xml:space="preserve"> aucun engagement politique</w:t>
      </w:r>
      <w:r>
        <w:rPr>
          <w:lang w:val="fr-FR"/>
        </w:rPr>
        <w:t>,</w:t>
      </w:r>
      <w:r w:rsidR="003E304B" w:rsidRPr="00027E73">
        <w:rPr>
          <w:lang w:val="fr-FR"/>
        </w:rPr>
        <w:t xml:space="preserve"> ni financier à ce stade.</w:t>
      </w:r>
    </w:p>
    <w:tbl>
      <w:tblPr>
        <w:tblW w:w="929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291"/>
      </w:tblGrid>
      <w:tr w:rsidR="002C3A78" w:rsidRPr="00027E73" w14:paraId="3CF461AC" w14:textId="77777777" w:rsidTr="001532C6">
        <w:trPr>
          <w:trHeight w:val="6769"/>
        </w:trPr>
        <w:tc>
          <w:tcPr>
            <w:tcW w:w="9291" w:type="dxa"/>
          </w:tcPr>
          <w:p w14:paraId="5FFB0B7B" w14:textId="77777777" w:rsidR="002C3A78" w:rsidRPr="00027E73" w:rsidRDefault="002C3A78">
            <w:pPr>
              <w:rPr>
                <w:lang w:val="fr-FR"/>
              </w:rPr>
            </w:pPr>
          </w:p>
        </w:tc>
      </w:tr>
    </w:tbl>
    <w:p w14:paraId="564398B4" w14:textId="774B712A" w:rsidR="001A1353" w:rsidRDefault="003E304B" w:rsidP="000E4726">
      <w:pPr>
        <w:pStyle w:val="Titre1"/>
        <w:numPr>
          <w:ilvl w:val="0"/>
          <w:numId w:val="10"/>
        </w:numPr>
        <w:rPr>
          <w:lang w:val="fr-FR"/>
        </w:rPr>
      </w:pPr>
      <w:r w:rsidRPr="00027E73">
        <w:rPr>
          <w:lang w:val="fr-FR"/>
        </w:rPr>
        <w:lastRenderedPageBreak/>
        <w:t xml:space="preserve">Enjeux </w:t>
      </w:r>
      <w:r w:rsidR="00082468">
        <w:rPr>
          <w:lang w:val="fr-FR"/>
        </w:rPr>
        <w:t>globaux/prioritaire</w:t>
      </w:r>
      <w:r w:rsidR="000058F0">
        <w:rPr>
          <w:lang w:val="fr-FR"/>
        </w:rPr>
        <w:t>s</w:t>
      </w:r>
      <w:r w:rsidRPr="00027E73">
        <w:rPr>
          <w:lang w:val="fr-FR"/>
        </w:rPr>
        <w:t xml:space="preserve"> et adéquation avec l’objet de l’AMI</w:t>
      </w:r>
    </w:p>
    <w:p w14:paraId="5276F2BB" w14:textId="77777777" w:rsidR="005167D5" w:rsidRPr="005167D5" w:rsidRDefault="005167D5" w:rsidP="005167D5">
      <w:pPr>
        <w:rPr>
          <w:lang w:val="fr-FR"/>
        </w:rPr>
      </w:pPr>
    </w:p>
    <w:p w14:paraId="63894911" w14:textId="1A15D74E" w:rsidR="006C179E" w:rsidRPr="006529D7" w:rsidRDefault="00FF405F" w:rsidP="00847119">
      <w:pPr>
        <w:spacing w:line="240" w:lineRule="auto"/>
        <w:jc w:val="both"/>
        <w:rPr>
          <w:lang w:val="fr-FR"/>
        </w:rPr>
      </w:pPr>
      <w:r w:rsidRPr="006529D7">
        <w:rPr>
          <w:lang w:val="fr-FR"/>
        </w:rPr>
        <w:t xml:space="preserve">Décrivez les principaux enjeux de votre territoire qui </w:t>
      </w:r>
      <w:r w:rsidR="00835182" w:rsidRPr="006529D7">
        <w:rPr>
          <w:lang w:val="fr-FR"/>
        </w:rPr>
        <w:t>selon vous pourron</w:t>
      </w:r>
      <w:r w:rsidR="00CA50C8" w:rsidRPr="006529D7">
        <w:rPr>
          <w:lang w:val="fr-FR"/>
        </w:rPr>
        <w:t xml:space="preserve">t être travaillés dans le cadre de cet </w:t>
      </w:r>
      <w:r w:rsidRPr="006529D7">
        <w:rPr>
          <w:lang w:val="fr-FR"/>
        </w:rPr>
        <w:t xml:space="preserve">AMI. </w:t>
      </w:r>
    </w:p>
    <w:p w14:paraId="6F95C406" w14:textId="43029E0B" w:rsidR="001532C6" w:rsidRDefault="00FF405F" w:rsidP="00847119">
      <w:pPr>
        <w:spacing w:line="240" w:lineRule="auto"/>
        <w:jc w:val="both"/>
      </w:pPr>
      <w:proofErr w:type="spellStart"/>
      <w:r w:rsidRPr="0BBAA530">
        <w:t>Votre</w:t>
      </w:r>
      <w:proofErr w:type="spellEnd"/>
      <w:r w:rsidRPr="0BBAA530">
        <w:t xml:space="preserve"> </w:t>
      </w:r>
      <w:proofErr w:type="spellStart"/>
      <w:r w:rsidRPr="0BBAA530">
        <w:t>réponse</w:t>
      </w:r>
      <w:proofErr w:type="spellEnd"/>
      <w:r w:rsidRPr="0BBAA530">
        <w:t xml:space="preserve"> doit </w:t>
      </w:r>
      <w:proofErr w:type="spellStart"/>
      <w:r w:rsidRPr="0BBAA530">
        <w:t>permettre</w:t>
      </w:r>
      <w:proofErr w:type="spellEnd"/>
      <w:r w:rsidRPr="0BBAA530">
        <w:t xml:space="preserve"> de </w:t>
      </w:r>
      <w:proofErr w:type="spellStart"/>
      <w:r w:rsidRPr="0BBAA530">
        <w:t>comprendre</w:t>
      </w:r>
      <w:proofErr w:type="spellEnd"/>
      <w:r w:rsidRPr="0BBAA530">
        <w:t xml:space="preserve"> le </w:t>
      </w:r>
      <w:proofErr w:type="spellStart"/>
      <w:r w:rsidRPr="0BBAA530">
        <w:t>contexte</w:t>
      </w:r>
      <w:proofErr w:type="spellEnd"/>
      <w:r w:rsidRPr="0BBAA530">
        <w:t xml:space="preserve"> local, </w:t>
      </w:r>
      <w:r w:rsidR="002F186B" w:rsidRPr="0BBAA530">
        <w:t>la vision</w:t>
      </w:r>
      <w:r w:rsidRPr="0BBAA530">
        <w:t xml:space="preserve"> des </w:t>
      </w:r>
      <w:proofErr w:type="spellStart"/>
      <w:r w:rsidR="002F186B" w:rsidRPr="0BBAA530">
        <w:t>défis</w:t>
      </w:r>
      <w:proofErr w:type="spellEnd"/>
      <w:r w:rsidRPr="0BBAA530">
        <w:t xml:space="preserve"> et </w:t>
      </w:r>
      <w:proofErr w:type="spellStart"/>
      <w:r w:rsidR="002F186B" w:rsidRPr="0BBAA530">
        <w:t>opportunités</w:t>
      </w:r>
      <w:proofErr w:type="spellEnd"/>
      <w:r w:rsidR="002F186B" w:rsidRPr="0BBAA530">
        <w:t xml:space="preserve"> </w:t>
      </w:r>
      <w:proofErr w:type="spellStart"/>
      <w:r w:rsidR="002F186B" w:rsidRPr="0BBAA530">
        <w:t>que</w:t>
      </w:r>
      <w:proofErr w:type="spellEnd"/>
      <w:r w:rsidR="002F186B" w:rsidRPr="0BBAA530">
        <w:t xml:space="preserve"> vous </w:t>
      </w:r>
      <w:proofErr w:type="spellStart"/>
      <w:r w:rsidR="002F186B" w:rsidRPr="0BBAA530">
        <w:t>pressentez</w:t>
      </w:r>
      <w:proofErr w:type="spellEnd"/>
      <w:r w:rsidR="002F186B" w:rsidRPr="0BBAA530">
        <w:t xml:space="preserve"> pour </w:t>
      </w:r>
      <w:r w:rsidR="006924EA" w:rsidRPr="0BBAA530">
        <w:t xml:space="preserve">les 3 </w:t>
      </w:r>
      <w:proofErr w:type="spellStart"/>
      <w:r w:rsidR="006924EA" w:rsidRPr="0BBAA530">
        <w:t>prochaines</w:t>
      </w:r>
      <w:proofErr w:type="spellEnd"/>
      <w:r w:rsidR="006924EA" w:rsidRPr="0BBAA530">
        <w:t xml:space="preserve"> </w:t>
      </w:r>
      <w:proofErr w:type="spellStart"/>
      <w:r w:rsidR="006924EA" w:rsidRPr="0BBAA530">
        <w:t>années</w:t>
      </w:r>
      <w:proofErr w:type="spellEnd"/>
      <w:r w:rsidR="006924EA" w:rsidRPr="0BBAA530">
        <w:t xml:space="preserve">. Vous </w:t>
      </w:r>
      <w:proofErr w:type="spellStart"/>
      <w:r w:rsidR="006924EA" w:rsidRPr="0BBAA530">
        <w:t>pouvez</w:t>
      </w:r>
      <w:proofErr w:type="spellEnd"/>
      <w:r w:rsidR="006924EA" w:rsidRPr="0BBAA530">
        <w:t xml:space="preserve"> </w:t>
      </w:r>
      <w:proofErr w:type="spellStart"/>
      <w:r w:rsidR="00353C58" w:rsidRPr="0BBAA530">
        <w:t>illustrer</w:t>
      </w:r>
      <w:proofErr w:type="spellEnd"/>
      <w:r w:rsidR="00353C58" w:rsidRPr="0BBAA530">
        <w:t xml:space="preserve"> </w:t>
      </w:r>
      <w:proofErr w:type="spellStart"/>
      <w:r w:rsidR="00353C58" w:rsidRPr="0BBAA530">
        <w:t>vos</w:t>
      </w:r>
      <w:proofErr w:type="spellEnd"/>
      <w:r w:rsidR="00353C58" w:rsidRPr="0BBAA530">
        <w:t xml:space="preserve"> </w:t>
      </w:r>
      <w:proofErr w:type="spellStart"/>
      <w:r w:rsidR="00353C58" w:rsidRPr="0BBAA530">
        <w:t>propos</w:t>
      </w:r>
      <w:proofErr w:type="spellEnd"/>
      <w:r w:rsidR="00353C58" w:rsidRPr="0BBAA530">
        <w:t xml:space="preserve"> par des </w:t>
      </w:r>
      <w:proofErr w:type="spellStart"/>
      <w:r w:rsidR="00353C58" w:rsidRPr="0BBAA530">
        <w:t>exemples</w:t>
      </w:r>
      <w:proofErr w:type="spellEnd"/>
      <w:r w:rsidR="00353C58" w:rsidRPr="0BBAA530">
        <w:t xml:space="preserve">, des données déjà </w:t>
      </w:r>
      <w:proofErr w:type="spellStart"/>
      <w:r w:rsidR="00353C58" w:rsidRPr="0BBAA530">
        <w:t>recueillies</w:t>
      </w:r>
      <w:proofErr w:type="spellEnd"/>
      <w:r w:rsidRPr="0BBAA530">
        <w:t>.</w:t>
      </w:r>
    </w:p>
    <w:p w14:paraId="14580A31" w14:textId="77777777" w:rsidR="001532C6" w:rsidRDefault="001532C6" w:rsidP="00847119">
      <w:pPr>
        <w:spacing w:line="240" w:lineRule="auto"/>
        <w:jc w:val="both"/>
      </w:pPr>
    </w:p>
    <w:tbl>
      <w:tblPr>
        <w:tblStyle w:val="Grilledutableau"/>
        <w:tblW w:w="9181" w:type="dxa"/>
        <w:tblLook w:val="04A0" w:firstRow="1" w:lastRow="0" w:firstColumn="1" w:lastColumn="0" w:noHBand="0" w:noVBand="1"/>
      </w:tblPr>
      <w:tblGrid>
        <w:gridCol w:w="9181"/>
      </w:tblGrid>
      <w:tr w:rsidR="001532C6" w14:paraId="33A1BF10" w14:textId="77777777" w:rsidTr="00554CA2">
        <w:trPr>
          <w:trHeight w:val="5926"/>
        </w:trPr>
        <w:tc>
          <w:tcPr>
            <w:tcW w:w="9181" w:type="dxa"/>
          </w:tcPr>
          <w:p w14:paraId="4192B11F" w14:textId="77777777" w:rsidR="001532C6" w:rsidRDefault="001532C6" w:rsidP="00847119">
            <w:pPr>
              <w:jc w:val="both"/>
            </w:pPr>
          </w:p>
        </w:tc>
      </w:tr>
    </w:tbl>
    <w:p w14:paraId="2E8D736F" w14:textId="12FB6A92" w:rsidR="000F4E4F" w:rsidRDefault="00372692" w:rsidP="00847119">
      <w:pPr>
        <w:spacing w:line="240" w:lineRule="auto"/>
        <w:jc w:val="both"/>
        <w:rPr>
          <w:lang w:val="fr-FR"/>
        </w:rPr>
      </w:pPr>
      <w:r>
        <w:rPr>
          <w:lang w:val="fr-FR"/>
        </w:rPr>
        <w:t>C</w:t>
      </w:r>
      <w:r w:rsidR="00C6140B">
        <w:rPr>
          <w:lang w:val="fr-FR"/>
        </w:rPr>
        <w:t>oche</w:t>
      </w:r>
      <w:r w:rsidR="00A61055">
        <w:rPr>
          <w:lang w:val="fr-FR"/>
        </w:rPr>
        <w:t>z</w:t>
      </w:r>
      <w:r w:rsidR="00773187">
        <w:rPr>
          <w:lang w:val="fr-FR"/>
        </w:rPr>
        <w:t xml:space="preserve"> au maximum</w:t>
      </w:r>
      <w:r w:rsidR="00C6140B">
        <w:rPr>
          <w:lang w:val="fr-FR"/>
        </w:rPr>
        <w:t xml:space="preserve"> </w:t>
      </w:r>
      <w:r w:rsidR="00773187">
        <w:rPr>
          <w:lang w:val="fr-FR"/>
        </w:rPr>
        <w:t>les 3</w:t>
      </w:r>
      <w:r w:rsidR="00C6140B">
        <w:rPr>
          <w:lang w:val="fr-FR"/>
        </w:rPr>
        <w:t xml:space="preserve"> </w:t>
      </w:r>
      <w:r w:rsidR="00D42990">
        <w:rPr>
          <w:lang w:val="fr-FR"/>
        </w:rPr>
        <w:t>objectif</w:t>
      </w:r>
      <w:r w:rsidR="00773187">
        <w:rPr>
          <w:lang w:val="fr-FR"/>
        </w:rPr>
        <w:t>s</w:t>
      </w:r>
      <w:r w:rsidR="00D42990">
        <w:rPr>
          <w:lang w:val="fr-FR"/>
        </w:rPr>
        <w:t xml:space="preserve"> </w:t>
      </w:r>
      <w:r w:rsidR="003E304B" w:rsidRPr="00027E73">
        <w:rPr>
          <w:lang w:val="fr-FR"/>
        </w:rPr>
        <w:t>de l’AMI</w:t>
      </w:r>
      <w:r w:rsidR="00C6140B">
        <w:rPr>
          <w:lang w:val="fr-FR"/>
        </w:rPr>
        <w:t xml:space="preserve"> couvert par vo</w:t>
      </w:r>
      <w:r w:rsidR="000F4E4F">
        <w:rPr>
          <w:lang w:val="fr-FR"/>
        </w:rPr>
        <w:t>s</w:t>
      </w:r>
      <w:r w:rsidR="00C6140B">
        <w:rPr>
          <w:lang w:val="fr-FR"/>
        </w:rPr>
        <w:t xml:space="preserve"> </w:t>
      </w:r>
      <w:r w:rsidR="006C179E">
        <w:rPr>
          <w:lang w:val="fr-FR"/>
        </w:rPr>
        <w:t>enjeux</w:t>
      </w:r>
      <w:r w:rsidR="00A6089E">
        <w:rPr>
          <w:lang w:val="fr-FR"/>
        </w:rPr>
        <w:t> :</w:t>
      </w:r>
    </w:p>
    <w:p w14:paraId="51FFE387" w14:textId="35909DC9" w:rsidR="00265EA9" w:rsidRPr="00847119" w:rsidRDefault="00847119" w:rsidP="00C24E50">
      <w:pPr>
        <w:spacing w:line="240" w:lineRule="auto"/>
        <w:rPr>
          <w:lang w:val="fr-FR"/>
        </w:rPr>
      </w:pPr>
      <w:r w:rsidRPr="000F4E4F">
        <w:rPr>
          <w:rFonts w:ascii="Segoe UI Symbol" w:hAnsi="Segoe UI Symbol" w:cs="Segoe UI Symbol"/>
          <w:b/>
          <w:bCs/>
          <w:lang w:val="fr-FR"/>
        </w:rPr>
        <w:t>☐</w:t>
      </w:r>
      <w:r w:rsidRPr="000F4E4F">
        <w:rPr>
          <w:b/>
          <w:bCs/>
          <w:lang w:val="fr-FR"/>
        </w:rPr>
        <w:t xml:space="preserve"> </w:t>
      </w:r>
      <w:r w:rsidR="00EE6D52" w:rsidRPr="00EE6D52">
        <w:rPr>
          <w:b/>
          <w:bCs/>
          <w:lang w:val="fr-FR"/>
        </w:rPr>
        <w:t>ATTRACTIVITÉ</w:t>
      </w:r>
      <w:r w:rsidR="00C24E50">
        <w:br/>
      </w:r>
      <w:r w:rsidR="00EE6D52" w:rsidRPr="000F4E4F">
        <w:rPr>
          <w:rFonts w:ascii="Segoe UI Symbol" w:hAnsi="Segoe UI Symbol" w:cs="Segoe UI Symbol"/>
          <w:b/>
          <w:bCs/>
          <w:lang w:val="fr-FR"/>
        </w:rPr>
        <w:t>☐</w:t>
      </w:r>
      <w:r w:rsidR="00EE6D52">
        <w:rPr>
          <w:rFonts w:ascii="Segoe UI Symbol" w:hAnsi="Segoe UI Symbol" w:cs="Segoe UI Symbol"/>
          <w:b/>
          <w:bCs/>
          <w:lang w:val="fr-FR"/>
        </w:rPr>
        <w:t xml:space="preserve"> </w:t>
      </w:r>
      <w:r w:rsidR="00EE6D52" w:rsidRPr="00EE6D52">
        <w:rPr>
          <w:b/>
          <w:bCs/>
          <w:lang w:val="fr-FR"/>
        </w:rPr>
        <w:t>QUALITÉ DE VIE</w:t>
      </w:r>
      <w:r w:rsidR="00C24E50">
        <w:br/>
      </w:r>
      <w:r w:rsidR="00EE6D52" w:rsidRPr="000F4E4F">
        <w:rPr>
          <w:rFonts w:ascii="Segoe UI Symbol" w:hAnsi="Segoe UI Symbol" w:cs="Segoe UI Symbol"/>
          <w:b/>
          <w:bCs/>
          <w:lang w:val="fr-FR"/>
        </w:rPr>
        <w:t>☐</w:t>
      </w:r>
      <w:r w:rsidR="00EE6D52">
        <w:rPr>
          <w:rFonts w:ascii="Segoe UI Symbol" w:hAnsi="Segoe UI Symbol" w:cs="Segoe UI Symbol"/>
          <w:b/>
          <w:bCs/>
          <w:lang w:val="fr-FR"/>
        </w:rPr>
        <w:t xml:space="preserve"> </w:t>
      </w:r>
      <w:r w:rsidR="00EE6D52" w:rsidRPr="00EE6D52">
        <w:rPr>
          <w:b/>
          <w:bCs/>
          <w:lang w:val="fr-FR"/>
        </w:rPr>
        <w:t>TRANSITION ÉCOLOGIQUE</w:t>
      </w:r>
      <w:r w:rsidR="00C24E50">
        <w:br/>
      </w:r>
      <w:r w:rsidR="00EE6D52" w:rsidRPr="000F4E4F">
        <w:rPr>
          <w:rFonts w:ascii="Segoe UI Symbol" w:hAnsi="Segoe UI Symbol" w:cs="Segoe UI Symbol"/>
          <w:b/>
          <w:bCs/>
          <w:lang w:val="fr-FR"/>
        </w:rPr>
        <w:t>☐</w:t>
      </w:r>
      <w:r w:rsidR="00EE6D52">
        <w:rPr>
          <w:rFonts w:ascii="Segoe UI Symbol" w:hAnsi="Segoe UI Symbol" w:cs="Segoe UI Symbol"/>
          <w:b/>
          <w:bCs/>
          <w:lang w:val="fr-FR"/>
        </w:rPr>
        <w:t xml:space="preserve"> </w:t>
      </w:r>
      <w:r w:rsidR="00EE6D52" w:rsidRPr="00EE6D52">
        <w:rPr>
          <w:b/>
          <w:bCs/>
          <w:lang w:val="fr-FR"/>
        </w:rPr>
        <w:t>VISION DU TERRITOIRE</w:t>
      </w:r>
      <w:r w:rsidR="00C24E50">
        <w:br/>
      </w:r>
      <w:r w:rsidR="00EE6D52" w:rsidRPr="000F4E4F">
        <w:rPr>
          <w:rFonts w:ascii="Segoe UI Symbol" w:hAnsi="Segoe UI Symbol" w:cs="Segoe UI Symbol"/>
          <w:b/>
          <w:bCs/>
          <w:lang w:val="fr-FR"/>
        </w:rPr>
        <w:t>☐</w:t>
      </w:r>
      <w:r w:rsidR="00EE6D52">
        <w:rPr>
          <w:rFonts w:ascii="Segoe UI Symbol" w:hAnsi="Segoe UI Symbol" w:cs="Segoe UI Symbol"/>
          <w:b/>
          <w:bCs/>
          <w:lang w:val="fr-FR"/>
        </w:rPr>
        <w:t xml:space="preserve"> </w:t>
      </w:r>
      <w:r w:rsidR="00EE6D52" w:rsidRPr="00EE6D52">
        <w:rPr>
          <w:b/>
          <w:bCs/>
          <w:lang w:val="fr-FR"/>
        </w:rPr>
        <w:t>MOBILITÉS</w:t>
      </w:r>
      <w:r w:rsidR="00C24E50">
        <w:br/>
      </w:r>
      <w:r w:rsidR="00EE6D52" w:rsidRPr="000F4E4F">
        <w:rPr>
          <w:rFonts w:ascii="Segoe UI Symbol" w:hAnsi="Segoe UI Symbol" w:cs="Segoe UI Symbol"/>
          <w:b/>
          <w:bCs/>
          <w:lang w:val="fr-FR"/>
        </w:rPr>
        <w:t>☐</w:t>
      </w:r>
      <w:r w:rsidR="00EE6D52">
        <w:rPr>
          <w:rFonts w:ascii="Segoe UI Symbol" w:hAnsi="Segoe UI Symbol" w:cs="Segoe UI Symbol"/>
          <w:b/>
          <w:bCs/>
          <w:lang w:val="fr-FR"/>
        </w:rPr>
        <w:t xml:space="preserve"> </w:t>
      </w:r>
      <w:r w:rsidR="00EE6D52" w:rsidRPr="00EE6D52">
        <w:rPr>
          <w:b/>
          <w:bCs/>
          <w:lang w:val="fr-FR"/>
        </w:rPr>
        <w:t>GESTION DES RISQUES</w:t>
      </w:r>
    </w:p>
    <w:p w14:paraId="1B77BFF6" w14:textId="76C7A470" w:rsidR="007B7CA1" w:rsidRDefault="00455199" w:rsidP="000E4726">
      <w:pPr>
        <w:pStyle w:val="Titre1"/>
        <w:numPr>
          <w:ilvl w:val="0"/>
          <w:numId w:val="10"/>
        </w:numPr>
        <w:rPr>
          <w:lang w:val="fr-FR"/>
        </w:rPr>
      </w:pPr>
      <w:r>
        <w:rPr>
          <w:lang w:val="fr-FR"/>
        </w:rPr>
        <w:lastRenderedPageBreak/>
        <w:t>Pré</w:t>
      </w:r>
      <w:r w:rsidR="007B7CA1">
        <w:rPr>
          <w:lang w:val="fr-FR"/>
        </w:rPr>
        <w:t>-diagnostic de maturité numérique</w:t>
      </w:r>
    </w:p>
    <w:p w14:paraId="1F8F1ED0" w14:textId="77777777" w:rsidR="00586D81" w:rsidRPr="00586D81" w:rsidRDefault="00586D81" w:rsidP="00586D81">
      <w:pPr>
        <w:rPr>
          <w:lang w:val="fr-FR"/>
        </w:rPr>
      </w:pPr>
    </w:p>
    <w:p w14:paraId="12A8F4F9" w14:textId="77B83722" w:rsidR="00CB0B60" w:rsidRPr="004B68CC" w:rsidRDefault="00CB0B60" w:rsidP="00CB0B60">
      <w:pPr>
        <w:jc w:val="both"/>
        <w:rPr>
          <w:lang w:val="fr-FR"/>
        </w:rPr>
      </w:pPr>
      <w:r w:rsidRPr="004B68CC">
        <w:rPr>
          <w:lang w:val="fr-FR"/>
        </w:rPr>
        <w:t xml:space="preserve">Veuillez compléter le questionnaire </w:t>
      </w:r>
      <w:r w:rsidR="004F4F36">
        <w:rPr>
          <w:lang w:val="fr-FR"/>
        </w:rPr>
        <w:t xml:space="preserve">de </w:t>
      </w:r>
      <w:r w:rsidR="00455199">
        <w:rPr>
          <w:lang w:val="fr-FR"/>
        </w:rPr>
        <w:t>pré-</w:t>
      </w:r>
      <w:r w:rsidR="004F4F36" w:rsidRPr="004B68CC">
        <w:rPr>
          <w:lang w:val="fr-FR"/>
        </w:rPr>
        <w:t>diagnostic</w:t>
      </w:r>
      <w:r w:rsidR="00767204" w:rsidRPr="004B68CC">
        <w:rPr>
          <w:lang w:val="fr-FR"/>
        </w:rPr>
        <w:t xml:space="preserve"> de maturité</w:t>
      </w:r>
      <w:r w:rsidR="008E33C0" w:rsidRPr="004B68CC">
        <w:rPr>
          <w:lang w:val="fr-FR"/>
        </w:rPr>
        <w:t xml:space="preserve"> </w:t>
      </w:r>
      <w:r w:rsidRPr="004B68CC">
        <w:rPr>
          <w:lang w:val="fr-FR"/>
        </w:rPr>
        <w:t>numérique en suivant le lien ci-dessous.</w:t>
      </w:r>
      <w:r w:rsidR="00767204" w:rsidRPr="004B68CC">
        <w:rPr>
          <w:lang w:val="fr-FR"/>
        </w:rPr>
        <w:t xml:space="preserve"> </w:t>
      </w:r>
      <w:r w:rsidR="001D7E47" w:rsidRPr="004B68CC">
        <w:rPr>
          <w:lang w:val="fr-FR"/>
        </w:rPr>
        <w:t>I</w:t>
      </w:r>
      <w:r w:rsidR="00A51BA7" w:rsidRPr="004B68CC">
        <w:rPr>
          <w:lang w:val="fr-FR"/>
        </w:rPr>
        <w:t>l s’agit d’un outil d’analyse de premier niveau</w:t>
      </w:r>
      <w:r w:rsidR="00D07E82" w:rsidRPr="004B68CC">
        <w:rPr>
          <w:lang w:val="fr-FR"/>
        </w:rPr>
        <w:t>, vos réponses</w:t>
      </w:r>
      <w:r w:rsidR="00CC4D63" w:rsidRPr="004B68CC">
        <w:rPr>
          <w:lang w:val="fr-FR"/>
        </w:rPr>
        <w:t xml:space="preserve"> </w:t>
      </w:r>
      <w:r w:rsidR="00205B6F" w:rsidRPr="004B68CC">
        <w:rPr>
          <w:rFonts w:cs="Calibri"/>
          <w:color w:val="000000" w:themeColor="text1"/>
          <w:lang w:val="fr-FR"/>
        </w:rPr>
        <w:t xml:space="preserve">permettront </w:t>
      </w:r>
      <w:r w:rsidR="00CC4D63" w:rsidRPr="004B68CC">
        <w:rPr>
          <w:rFonts w:cs="Calibri"/>
          <w:color w:val="000000" w:themeColor="text1"/>
          <w:lang w:val="fr-FR"/>
        </w:rPr>
        <w:t>de</w:t>
      </w:r>
      <w:r w:rsidR="00744928" w:rsidRPr="004B68CC">
        <w:rPr>
          <w:rFonts w:cs="Calibri"/>
          <w:color w:val="000000" w:themeColor="text1"/>
          <w:lang w:val="fr-FR"/>
        </w:rPr>
        <w:t xml:space="preserve"> </w:t>
      </w:r>
      <w:r w:rsidR="004B68CC">
        <w:rPr>
          <w:rFonts w:cs="Calibri"/>
          <w:color w:val="000000" w:themeColor="text1"/>
          <w:lang w:val="fr-FR"/>
        </w:rPr>
        <w:t>dé</w:t>
      </w:r>
      <w:r w:rsidR="00744928" w:rsidRPr="004B68CC">
        <w:rPr>
          <w:rFonts w:cs="Calibri"/>
          <w:color w:val="000000" w:themeColor="text1"/>
          <w:lang w:val="fr-FR"/>
        </w:rPr>
        <w:t xml:space="preserve">terminer les modalités d’appui </w:t>
      </w:r>
      <w:r w:rsidR="00744928" w:rsidRPr="004B68CC">
        <w:rPr>
          <w:rFonts w:cs="Calibri"/>
          <w:b/>
          <w:bCs/>
          <w:color w:val="000000" w:themeColor="text1"/>
          <w:lang w:val="fr-FR"/>
        </w:rPr>
        <w:t xml:space="preserve">les plus pertinentes </w:t>
      </w:r>
      <w:r w:rsidR="00B402BA" w:rsidRPr="004B68CC">
        <w:rPr>
          <w:rFonts w:cs="Calibri"/>
          <w:b/>
          <w:bCs/>
          <w:color w:val="000000" w:themeColor="text1"/>
          <w:lang w:val="fr-FR"/>
        </w:rPr>
        <w:t xml:space="preserve">selon </w:t>
      </w:r>
      <w:r w:rsidR="00C4680E">
        <w:rPr>
          <w:rFonts w:cs="Calibri"/>
          <w:b/>
          <w:bCs/>
          <w:color w:val="000000" w:themeColor="text1"/>
          <w:lang w:val="fr-FR"/>
        </w:rPr>
        <w:t>la</w:t>
      </w:r>
      <w:r w:rsidR="00C4680E" w:rsidRPr="004B68CC">
        <w:rPr>
          <w:rFonts w:cs="Calibri"/>
          <w:b/>
          <w:bCs/>
          <w:color w:val="000000" w:themeColor="text1"/>
          <w:lang w:val="fr-FR"/>
        </w:rPr>
        <w:t xml:space="preserve"> </w:t>
      </w:r>
      <w:r w:rsidR="00C4680E">
        <w:rPr>
          <w:rFonts w:cs="Calibri"/>
          <w:b/>
          <w:bCs/>
          <w:color w:val="000000" w:themeColor="text1"/>
          <w:lang w:val="fr-FR"/>
        </w:rPr>
        <w:t>maturité numérique de votre communauté de communes</w:t>
      </w:r>
      <w:r w:rsidR="008F781F" w:rsidRPr="004B68CC">
        <w:rPr>
          <w:rFonts w:cs="Calibri"/>
          <w:color w:val="000000" w:themeColor="text1"/>
          <w:lang w:val="fr-FR"/>
        </w:rPr>
        <w:t>.</w:t>
      </w:r>
    </w:p>
    <w:p w14:paraId="3669FE5A" w14:textId="03B2FEB4" w:rsidR="00CB0B60" w:rsidRPr="00B141AF" w:rsidRDefault="00407476" w:rsidP="00CB0B60">
      <w:pPr>
        <w:jc w:val="both"/>
        <w:rPr>
          <w:lang w:val="fr-FR"/>
        </w:rPr>
      </w:pPr>
      <w:r w:rsidRPr="00B141AF">
        <w:rPr>
          <w:lang w:val="fr-FR"/>
        </w:rPr>
        <w:t xml:space="preserve">Le questionnaire </w:t>
      </w:r>
      <w:r w:rsidR="00B160CF" w:rsidRPr="00B141AF">
        <w:rPr>
          <w:lang w:val="fr-FR"/>
        </w:rPr>
        <w:t>portant à la fois sur</w:t>
      </w:r>
      <w:r w:rsidRPr="00B141AF">
        <w:rPr>
          <w:lang w:val="fr-FR"/>
        </w:rPr>
        <w:t xml:space="preserve"> des </w:t>
      </w:r>
      <w:r w:rsidR="00B160CF" w:rsidRPr="00B141AF">
        <w:rPr>
          <w:lang w:val="fr-FR"/>
        </w:rPr>
        <w:t>éléments relevant de la stratégie/gouvernance et sur des éléments techniques, n</w:t>
      </w:r>
      <w:r w:rsidR="000701CB" w:rsidRPr="00B141AF">
        <w:rPr>
          <w:lang w:val="fr-FR"/>
        </w:rPr>
        <w:t>ous vous invitons à ne</w:t>
      </w:r>
      <w:r w:rsidR="00CB0B60" w:rsidRPr="00B141AF">
        <w:rPr>
          <w:lang w:val="fr-FR"/>
        </w:rPr>
        <w:t xml:space="preserve"> soumettre qu’une seule réponse pour votre collectivité</w:t>
      </w:r>
      <w:r w:rsidR="00466C07" w:rsidRPr="00B141AF">
        <w:rPr>
          <w:lang w:val="fr-FR"/>
        </w:rPr>
        <w:t xml:space="preserve"> </w:t>
      </w:r>
      <w:r w:rsidR="00466C07" w:rsidRPr="00B141AF">
        <w:rPr>
          <w:b/>
          <w:lang w:val="fr-FR"/>
        </w:rPr>
        <w:t xml:space="preserve">concertant </w:t>
      </w:r>
      <w:r w:rsidR="0027445E" w:rsidRPr="00B141AF">
        <w:rPr>
          <w:b/>
          <w:lang w:val="fr-FR"/>
        </w:rPr>
        <w:t>l’exécutif ainsi que</w:t>
      </w:r>
      <w:r w:rsidR="004B68CC" w:rsidRPr="00B141AF">
        <w:rPr>
          <w:b/>
          <w:lang w:val="fr-FR"/>
        </w:rPr>
        <w:t xml:space="preserve"> le référent informatique </w:t>
      </w:r>
      <w:r w:rsidR="004B68CC" w:rsidRPr="00B141AF">
        <w:rPr>
          <w:lang w:val="fr-FR"/>
        </w:rPr>
        <w:t xml:space="preserve">de votre collectivité. </w:t>
      </w:r>
    </w:p>
    <w:p w14:paraId="69AFC766" w14:textId="5EBE7CCA" w:rsidR="007B7CA1" w:rsidRPr="00B141AF" w:rsidRDefault="007B7CA1">
      <w:pPr>
        <w:rPr>
          <w:b/>
          <w:bCs/>
          <w:lang w:val="fr-FR"/>
        </w:rPr>
      </w:pPr>
      <w:r w:rsidRPr="00B141AF">
        <w:rPr>
          <w:b/>
          <w:bCs/>
          <w:lang w:val="fr-FR"/>
        </w:rPr>
        <w:t xml:space="preserve">LIEN : </w:t>
      </w:r>
      <w:hyperlink r:id="rId11" w:history="1">
        <w:r w:rsidR="00B141AF" w:rsidRPr="00AB62AC">
          <w:rPr>
            <w:rStyle w:val="Lienhypertexte"/>
            <w:b/>
            <w:bCs/>
            <w:lang w:val="fr-FR"/>
          </w:rPr>
          <w:t>https://forms.office.com/e/98BupVaURA</w:t>
        </w:r>
      </w:hyperlink>
    </w:p>
    <w:p w14:paraId="0730FAD9" w14:textId="77777777" w:rsidR="001F70C9" w:rsidRPr="00027E73" w:rsidRDefault="001F70C9" w:rsidP="001F70C9">
      <w:pPr>
        <w:pStyle w:val="Titre1"/>
        <w:numPr>
          <w:ilvl w:val="0"/>
          <w:numId w:val="10"/>
        </w:numPr>
        <w:rPr>
          <w:lang w:val="fr-FR"/>
        </w:rPr>
      </w:pPr>
      <w:r>
        <w:rPr>
          <w:lang w:val="fr-FR"/>
        </w:rPr>
        <w:t>Pièces jointes obligatoires</w:t>
      </w:r>
    </w:p>
    <w:p w14:paraId="7D1403EF" w14:textId="77777777" w:rsidR="001F70C9" w:rsidRDefault="001F70C9" w:rsidP="001F70C9">
      <w:pPr>
        <w:rPr>
          <w:rFonts w:ascii="Segoe UI Symbol" w:hAnsi="Segoe UI Symbol" w:cs="Segoe UI Symbol"/>
          <w:lang w:val="fr-FR"/>
        </w:rPr>
      </w:pPr>
    </w:p>
    <w:p w14:paraId="03E7F55E" w14:textId="5AD40106" w:rsidR="001F70C9" w:rsidRDefault="001F70C9" w:rsidP="001F70C9">
      <w:pPr>
        <w:spacing w:after="0"/>
        <w:rPr>
          <w:lang w:val="fr-FR"/>
        </w:rPr>
      </w:pPr>
      <w:r w:rsidRPr="000F4E4F">
        <w:rPr>
          <w:rFonts w:ascii="Segoe UI Symbol" w:hAnsi="Segoe UI Symbol" w:cs="Segoe UI Symbol"/>
          <w:b/>
          <w:bCs/>
          <w:lang w:val="fr-FR"/>
        </w:rPr>
        <w:t>☐</w:t>
      </w:r>
      <w:r w:rsidRPr="00DE0A29">
        <w:rPr>
          <w:lang w:val="fr-FR"/>
        </w:rPr>
        <w:t xml:space="preserve"> </w:t>
      </w:r>
      <w:r w:rsidRPr="524D6EEF">
        <w:rPr>
          <w:rFonts w:ascii="Arial" w:eastAsia="Arial" w:hAnsi="Arial" w:cs="Arial"/>
          <w:sz w:val="20"/>
          <w:szCs w:val="20"/>
          <w:lang w:val="fr-FR"/>
        </w:rPr>
        <w:t>Le présent formulaire de réponse dument complété</w:t>
      </w:r>
      <w:r w:rsidRPr="00027E73">
        <w:rPr>
          <w:lang w:val="fr-FR"/>
        </w:rPr>
        <w:t xml:space="preserve"> </w:t>
      </w:r>
      <w:r>
        <w:br/>
      </w:r>
      <w:r w:rsidRPr="000F4E4F">
        <w:rPr>
          <w:rFonts w:ascii="Segoe UI Symbol" w:hAnsi="Segoe UI Symbol" w:cs="Segoe UI Symbol"/>
          <w:b/>
          <w:bCs/>
          <w:lang w:val="fr-FR"/>
        </w:rPr>
        <w:t>☐</w:t>
      </w:r>
      <w:r w:rsidRPr="00027E73">
        <w:rPr>
          <w:lang w:val="fr-FR"/>
        </w:rPr>
        <w:t xml:space="preserve"> Organigramme à jour</w:t>
      </w:r>
      <w:r w:rsidR="00DB7128">
        <w:rPr>
          <w:lang w:val="fr-FR"/>
        </w:rPr>
        <w:t xml:space="preserve"> </w:t>
      </w:r>
      <w:r w:rsidR="005A28F4">
        <w:rPr>
          <w:lang w:val="fr-FR"/>
        </w:rPr>
        <w:t>et/</w:t>
      </w:r>
      <w:r w:rsidR="00DB7128">
        <w:rPr>
          <w:lang w:val="fr-FR"/>
        </w:rPr>
        <w:t>ou un a</w:t>
      </w:r>
      <w:r w:rsidR="00DB7128" w:rsidRPr="00DB7128">
        <w:rPr>
          <w:lang w:val="fr-FR"/>
        </w:rPr>
        <w:t>nnuaire fonctionnel des rôles et contacts</w:t>
      </w:r>
    </w:p>
    <w:p w14:paraId="2F4EBD82" w14:textId="77777777" w:rsidR="007A6AC8" w:rsidRDefault="001F70C9" w:rsidP="007A6AC8">
      <w:pPr>
        <w:rPr>
          <w:lang w:val="fr-FR"/>
        </w:rPr>
      </w:pPr>
      <w:r w:rsidRPr="000F4E4F">
        <w:rPr>
          <w:rFonts w:ascii="Segoe UI Symbol" w:hAnsi="Segoe UI Symbol" w:cs="Segoe UI Symbol"/>
          <w:b/>
          <w:bCs/>
          <w:lang w:val="fr-FR"/>
        </w:rPr>
        <w:t>☐</w:t>
      </w:r>
      <w:r w:rsidRPr="000F4E4F">
        <w:rPr>
          <w:b/>
          <w:bCs/>
          <w:lang w:val="fr-FR"/>
        </w:rPr>
        <w:t xml:space="preserve"> </w:t>
      </w:r>
      <w:r>
        <w:rPr>
          <w:lang w:val="fr-FR"/>
        </w:rPr>
        <w:t xml:space="preserve">Le pré-diagnostic numérique </w:t>
      </w:r>
      <w:r w:rsidRPr="00E51557">
        <w:rPr>
          <w:i/>
          <w:iCs/>
          <w:lang w:val="fr-FR"/>
        </w:rPr>
        <w:t>(à compléter en ligne)</w:t>
      </w:r>
      <w:r>
        <w:rPr>
          <w:lang w:val="fr-FR"/>
        </w:rPr>
        <w:t xml:space="preserve"> </w:t>
      </w:r>
      <w:r>
        <w:br/>
      </w:r>
    </w:p>
    <w:p w14:paraId="0A6865C8" w14:textId="16AABE2F" w:rsidR="001F70C9" w:rsidRDefault="001F70C9" w:rsidP="007A6AC8">
      <w:pPr>
        <w:rPr>
          <w:lang w:val="fr-FR"/>
        </w:rPr>
      </w:pPr>
      <w:r>
        <w:rPr>
          <w:lang w:val="fr-FR"/>
        </w:rPr>
        <w:t xml:space="preserve">La région </w:t>
      </w:r>
      <w:r w:rsidRPr="00DE0A29">
        <w:rPr>
          <w:lang w:val="fr-FR"/>
        </w:rPr>
        <w:t xml:space="preserve">Grand Est pourra </w:t>
      </w:r>
      <w:r>
        <w:rPr>
          <w:lang w:val="fr-FR"/>
        </w:rPr>
        <w:t xml:space="preserve">solliciter des </w:t>
      </w:r>
      <w:r w:rsidRPr="00DE0A29">
        <w:rPr>
          <w:lang w:val="fr-FR"/>
        </w:rPr>
        <w:t>pièce</w:t>
      </w:r>
      <w:r>
        <w:rPr>
          <w:lang w:val="fr-FR"/>
        </w:rPr>
        <w:t>s</w:t>
      </w:r>
      <w:r w:rsidRPr="00DE0A29">
        <w:rPr>
          <w:lang w:val="fr-FR"/>
        </w:rPr>
        <w:t xml:space="preserve"> ou information</w:t>
      </w:r>
      <w:r>
        <w:rPr>
          <w:lang w:val="fr-FR"/>
        </w:rPr>
        <w:t>s</w:t>
      </w:r>
      <w:r w:rsidRPr="00DE0A29">
        <w:rPr>
          <w:lang w:val="fr-FR"/>
        </w:rPr>
        <w:t xml:space="preserve"> complémentaire</w:t>
      </w:r>
      <w:r>
        <w:rPr>
          <w:lang w:val="fr-FR"/>
        </w:rPr>
        <w:t>s afin de préciser la demande de la collectivité</w:t>
      </w:r>
      <w:r w:rsidRPr="00DE0A29">
        <w:rPr>
          <w:lang w:val="fr-FR"/>
        </w:rPr>
        <w:t>.</w:t>
      </w:r>
    </w:p>
    <w:p w14:paraId="20633766" w14:textId="63417F54" w:rsidR="006B7D4F" w:rsidRDefault="009E510B" w:rsidP="009E510B">
      <w:pPr>
        <w:pStyle w:val="Titre1"/>
        <w:numPr>
          <w:ilvl w:val="0"/>
          <w:numId w:val="10"/>
        </w:numPr>
        <w:rPr>
          <w:lang w:val="fr-FR"/>
        </w:rPr>
      </w:pPr>
      <w:r w:rsidRPr="009E510B">
        <w:rPr>
          <w:lang w:val="fr-FR"/>
        </w:rPr>
        <w:t>OBJET DU TRAITEMENT DE DONNEES</w:t>
      </w:r>
    </w:p>
    <w:p w14:paraId="54755C85" w14:textId="77777777" w:rsidR="009E510B" w:rsidRDefault="009E510B" w:rsidP="009E510B">
      <w:pPr>
        <w:rPr>
          <w:lang w:val="fr-FR"/>
        </w:rPr>
      </w:pPr>
    </w:p>
    <w:p w14:paraId="6F184340" w14:textId="77777777" w:rsidR="00FB4431" w:rsidRPr="00FB4431" w:rsidRDefault="00FB4431" w:rsidP="00A641E6">
      <w:pPr>
        <w:jc w:val="both"/>
        <w:rPr>
          <w:b/>
          <w:bCs/>
          <w:lang w:val="fr-FR"/>
        </w:rPr>
      </w:pPr>
      <w:r w:rsidRPr="00FB4431">
        <w:rPr>
          <w:b/>
          <w:bCs/>
          <w:lang w:val="fr-FR"/>
        </w:rPr>
        <w:t>Finalités</w:t>
      </w:r>
    </w:p>
    <w:p w14:paraId="10D8DA00" w14:textId="078ADAEF" w:rsidR="00FB4431" w:rsidRPr="00FB4431" w:rsidRDefault="00FB4431" w:rsidP="00A641E6">
      <w:pPr>
        <w:jc w:val="both"/>
        <w:rPr>
          <w:lang w:val="fr-FR"/>
        </w:rPr>
      </w:pPr>
      <w:r w:rsidRPr="00B27658">
        <w:rPr>
          <w:lang w:val="fr-FR"/>
        </w:rPr>
        <w:t xml:space="preserve">Le traitement a pour objet </w:t>
      </w:r>
      <w:r w:rsidR="0030723F" w:rsidRPr="00B27658">
        <w:rPr>
          <w:lang w:val="fr-FR"/>
        </w:rPr>
        <w:t>l’analyse des candidatures à l’AMI</w:t>
      </w:r>
      <w:r w:rsidRPr="00B27658">
        <w:rPr>
          <w:lang w:val="fr-FR"/>
        </w:rPr>
        <w:t xml:space="preserve"> « Parcours de Transformation des Territoires ruraux par le Numérique » et</w:t>
      </w:r>
      <w:r w:rsidR="003648D7" w:rsidRPr="00B27658">
        <w:rPr>
          <w:lang w:val="fr-FR"/>
        </w:rPr>
        <w:t xml:space="preserve">, le cas échéant, l’accompagnement </w:t>
      </w:r>
      <w:r w:rsidR="00B52170" w:rsidRPr="00B27658">
        <w:rPr>
          <w:lang w:val="fr-FR"/>
        </w:rPr>
        <w:t>délivré dans le cadre d</w:t>
      </w:r>
      <w:r w:rsidR="000B26A4" w:rsidRPr="00B27658">
        <w:rPr>
          <w:lang w:val="fr-FR"/>
        </w:rPr>
        <w:t>u</w:t>
      </w:r>
      <w:r w:rsidR="00B52170" w:rsidRPr="00B27658">
        <w:rPr>
          <w:lang w:val="fr-FR"/>
        </w:rPr>
        <w:t xml:space="preserve"> dispositif.</w:t>
      </w:r>
    </w:p>
    <w:p w14:paraId="54AE6692" w14:textId="77777777" w:rsidR="00B27658" w:rsidRDefault="00FB4431" w:rsidP="00A641E6">
      <w:pPr>
        <w:jc w:val="both"/>
        <w:rPr>
          <w:lang w:val="fr-FR"/>
        </w:rPr>
      </w:pPr>
      <w:r w:rsidRPr="00FB4431">
        <w:rPr>
          <w:lang w:val="fr-FR"/>
        </w:rPr>
        <w:t xml:space="preserve"> </w:t>
      </w:r>
    </w:p>
    <w:p w14:paraId="75879E36" w14:textId="77777777" w:rsidR="00B27658" w:rsidRDefault="00B27658">
      <w:pPr>
        <w:rPr>
          <w:lang w:val="fr-FR"/>
        </w:rPr>
      </w:pPr>
      <w:r>
        <w:rPr>
          <w:lang w:val="fr-FR"/>
        </w:rPr>
        <w:br w:type="page"/>
      </w:r>
    </w:p>
    <w:p w14:paraId="5A35EC12" w14:textId="77777777" w:rsidR="00B27658" w:rsidRDefault="00B27658" w:rsidP="00A641E6">
      <w:pPr>
        <w:jc w:val="both"/>
        <w:rPr>
          <w:b/>
          <w:bCs/>
          <w:lang w:val="fr-FR"/>
        </w:rPr>
      </w:pPr>
    </w:p>
    <w:p w14:paraId="4BAE3D8B" w14:textId="6ECD6F5B" w:rsidR="00FB4431" w:rsidRPr="00FB4431" w:rsidRDefault="00FB4431" w:rsidP="00A641E6">
      <w:pPr>
        <w:jc w:val="both"/>
        <w:rPr>
          <w:b/>
          <w:bCs/>
          <w:lang w:val="fr-FR"/>
        </w:rPr>
      </w:pPr>
      <w:r w:rsidRPr="00FB4431">
        <w:rPr>
          <w:b/>
          <w:bCs/>
          <w:lang w:val="fr-FR"/>
        </w:rPr>
        <w:t>Base légale</w:t>
      </w:r>
    </w:p>
    <w:p w14:paraId="767BD04A" w14:textId="69C0BDD4" w:rsidR="00FB4431" w:rsidRPr="00FB4431" w:rsidRDefault="00FB4431" w:rsidP="00A641E6">
      <w:pPr>
        <w:jc w:val="both"/>
        <w:rPr>
          <w:lang w:val="fr-FR"/>
        </w:rPr>
      </w:pPr>
      <w:r w:rsidRPr="00FB4431">
        <w:rPr>
          <w:lang w:val="fr-FR"/>
        </w:rPr>
        <w:t xml:space="preserve">Vous pouvez vous opposer à l’utilisation de vos données personnelles. Conformément à la loi n° 78-17 du 6 janvier 1978 et à la directive du 24 octobre 1995 le visiteur dispose d’un droit d’accès, de rectification, de modification et de suppression de ses données personnelles. Si vous souhaitez faire rectifier ou supprimer certaines données, merci de nous envoyer une demande par mail à l’adresse suivante : </w:t>
      </w:r>
      <w:hyperlink r:id="rId12" w:history="1">
        <w:r w:rsidR="00B52170" w:rsidRPr="00C641FB">
          <w:rPr>
            <w:rStyle w:val="Lienhypertexte"/>
            <w:lang w:val="fr-FR"/>
          </w:rPr>
          <w:t>rgpd@grandestdev.fr</w:t>
        </w:r>
      </w:hyperlink>
      <w:r w:rsidR="00B52170">
        <w:rPr>
          <w:lang w:val="fr-FR"/>
        </w:rPr>
        <w:t xml:space="preserve"> </w:t>
      </w:r>
    </w:p>
    <w:p w14:paraId="06F29C13" w14:textId="77777777" w:rsidR="00FB4431" w:rsidRPr="00FB4431" w:rsidRDefault="00FB4431" w:rsidP="00A641E6">
      <w:pPr>
        <w:jc w:val="both"/>
        <w:rPr>
          <w:b/>
          <w:bCs/>
          <w:lang w:val="fr-FR"/>
        </w:rPr>
      </w:pPr>
      <w:r w:rsidRPr="00FB4431">
        <w:rPr>
          <w:b/>
          <w:bCs/>
          <w:lang w:val="fr-FR"/>
        </w:rPr>
        <w:t>DONNEES TRAITEES</w:t>
      </w:r>
    </w:p>
    <w:p w14:paraId="245A3BAD" w14:textId="77777777" w:rsidR="00FB4431" w:rsidRPr="00FB4431" w:rsidRDefault="00FB4431" w:rsidP="00A641E6">
      <w:pPr>
        <w:jc w:val="both"/>
        <w:rPr>
          <w:b/>
          <w:bCs/>
          <w:lang w:val="fr-FR"/>
        </w:rPr>
      </w:pPr>
      <w:r w:rsidRPr="00FB4431">
        <w:rPr>
          <w:b/>
          <w:bCs/>
          <w:lang w:val="fr-FR"/>
        </w:rPr>
        <w:t>Type de traitements réalisés</w:t>
      </w:r>
    </w:p>
    <w:p w14:paraId="34B02D39" w14:textId="77777777" w:rsidR="00FB4431" w:rsidRPr="00F36485" w:rsidRDefault="00FB4431" w:rsidP="00A641E6">
      <w:pPr>
        <w:jc w:val="both"/>
        <w:rPr>
          <w:lang w:val="fr-FR"/>
        </w:rPr>
      </w:pPr>
      <w:r w:rsidRPr="00F36485">
        <w:rPr>
          <w:lang w:val="fr-FR"/>
        </w:rPr>
        <w:t>Collecte, enregistrement, organisation, conservation, adaptation, modification, extraction, consultation, utilisation, communication par transmission, diffusion ou toute autre forme de mise à disposition, rapprochement ou interconnexion, verrouillage, effacement ou destruction.</w:t>
      </w:r>
    </w:p>
    <w:p w14:paraId="65C3A139" w14:textId="77777777" w:rsidR="00FB4431" w:rsidRPr="00FB4431" w:rsidRDefault="00FB4431" w:rsidP="00A641E6">
      <w:pPr>
        <w:jc w:val="both"/>
        <w:rPr>
          <w:b/>
          <w:bCs/>
          <w:lang w:val="fr-FR"/>
        </w:rPr>
      </w:pPr>
      <w:r w:rsidRPr="00FB4431">
        <w:rPr>
          <w:b/>
          <w:bCs/>
          <w:lang w:val="fr-FR"/>
        </w:rPr>
        <w:t>Catégories de données traitées</w:t>
      </w:r>
    </w:p>
    <w:p w14:paraId="1D0CE66B" w14:textId="77777777" w:rsidR="00FB4431" w:rsidRPr="00FB4431" w:rsidRDefault="00FB4431" w:rsidP="00A641E6">
      <w:pPr>
        <w:jc w:val="both"/>
        <w:rPr>
          <w:lang w:val="fr-FR"/>
        </w:rPr>
      </w:pPr>
      <w:r w:rsidRPr="00FB4431">
        <w:rPr>
          <w:lang w:val="fr-FR"/>
        </w:rPr>
        <w:t>Nom, prénom, mail, téléphone</w:t>
      </w:r>
    </w:p>
    <w:p w14:paraId="12F06121" w14:textId="77777777" w:rsidR="00FB4431" w:rsidRPr="00FB4431" w:rsidRDefault="00FB4431" w:rsidP="00A641E6">
      <w:pPr>
        <w:jc w:val="both"/>
        <w:rPr>
          <w:b/>
          <w:bCs/>
          <w:lang w:val="fr-FR"/>
        </w:rPr>
      </w:pPr>
      <w:r w:rsidRPr="00FB4431">
        <w:rPr>
          <w:b/>
          <w:bCs/>
          <w:lang w:val="fr-FR"/>
        </w:rPr>
        <w:t>Source des données</w:t>
      </w:r>
    </w:p>
    <w:p w14:paraId="2ACAE2B1" w14:textId="0FD26890" w:rsidR="00FB4431" w:rsidRPr="00FB4431" w:rsidRDefault="00FB4431" w:rsidP="00A641E6">
      <w:pPr>
        <w:jc w:val="both"/>
        <w:rPr>
          <w:lang w:val="fr-FR"/>
        </w:rPr>
      </w:pPr>
      <w:r w:rsidRPr="00FB4431">
        <w:rPr>
          <w:lang w:val="fr-FR"/>
        </w:rPr>
        <w:t xml:space="preserve">Ces informations sont directement recueillies auprès de la personne sondée répondant au </w:t>
      </w:r>
      <w:r w:rsidR="00F36485">
        <w:rPr>
          <w:lang w:val="fr-FR"/>
        </w:rPr>
        <w:t>formulaire</w:t>
      </w:r>
      <w:r w:rsidRPr="00FB4431">
        <w:rPr>
          <w:lang w:val="fr-FR"/>
        </w:rPr>
        <w:t>.</w:t>
      </w:r>
    </w:p>
    <w:p w14:paraId="44676084" w14:textId="77777777" w:rsidR="00FB4431" w:rsidRPr="00FB4431" w:rsidRDefault="00FB4431" w:rsidP="00A641E6">
      <w:pPr>
        <w:jc w:val="both"/>
        <w:rPr>
          <w:b/>
          <w:bCs/>
          <w:lang w:val="fr-FR"/>
        </w:rPr>
      </w:pPr>
      <w:r w:rsidRPr="00FB4431">
        <w:rPr>
          <w:b/>
          <w:bCs/>
          <w:lang w:val="fr-FR"/>
        </w:rPr>
        <w:t>PERSONNES CONCERNÉES</w:t>
      </w:r>
    </w:p>
    <w:p w14:paraId="4CEE74FB" w14:textId="7C383E59" w:rsidR="00FB4431" w:rsidRPr="00FB4431" w:rsidRDefault="00FB4431" w:rsidP="00A641E6">
      <w:pPr>
        <w:jc w:val="both"/>
        <w:rPr>
          <w:lang w:val="fr-FR"/>
        </w:rPr>
      </w:pPr>
      <w:r w:rsidRPr="00FB4431">
        <w:rPr>
          <w:lang w:val="fr-FR"/>
        </w:rPr>
        <w:t xml:space="preserve">Le traitement de données concerne les personnes physiques et morales sondées répondant au </w:t>
      </w:r>
      <w:r w:rsidR="00F36485">
        <w:rPr>
          <w:lang w:val="fr-FR"/>
        </w:rPr>
        <w:t>formulaire</w:t>
      </w:r>
      <w:r w:rsidRPr="00FB4431">
        <w:rPr>
          <w:lang w:val="fr-FR"/>
        </w:rPr>
        <w:t>.</w:t>
      </w:r>
    </w:p>
    <w:p w14:paraId="730A9088" w14:textId="77777777" w:rsidR="00FB4431" w:rsidRPr="00FB4431" w:rsidRDefault="00FB4431" w:rsidP="00A641E6">
      <w:pPr>
        <w:jc w:val="both"/>
        <w:rPr>
          <w:b/>
          <w:bCs/>
          <w:lang w:val="fr-FR"/>
        </w:rPr>
      </w:pPr>
      <w:r w:rsidRPr="00FB4431">
        <w:rPr>
          <w:b/>
          <w:bCs/>
          <w:lang w:val="fr-FR"/>
        </w:rPr>
        <w:t>DESTINATAIRES DES DONNÉES</w:t>
      </w:r>
    </w:p>
    <w:p w14:paraId="775798F4" w14:textId="77777777" w:rsidR="00FB4431" w:rsidRPr="00FB4431" w:rsidRDefault="00FB4431" w:rsidP="00A641E6">
      <w:pPr>
        <w:jc w:val="both"/>
        <w:rPr>
          <w:b/>
          <w:bCs/>
          <w:lang w:val="fr-FR"/>
        </w:rPr>
      </w:pPr>
      <w:r w:rsidRPr="00FB4431">
        <w:rPr>
          <w:b/>
          <w:bCs/>
          <w:lang w:val="fr-FR"/>
        </w:rPr>
        <w:t>Catégories de destinataires</w:t>
      </w:r>
    </w:p>
    <w:p w14:paraId="7693CA0A" w14:textId="49AA69CE" w:rsidR="00FB4431" w:rsidRPr="00FB4431" w:rsidRDefault="00FB4431" w:rsidP="00A641E6">
      <w:pPr>
        <w:jc w:val="both"/>
        <w:rPr>
          <w:lang w:val="fr-FR"/>
        </w:rPr>
      </w:pPr>
      <w:r w:rsidRPr="00F36485">
        <w:rPr>
          <w:lang w:val="fr-FR"/>
        </w:rPr>
        <w:t>Région Grand Est, Grand Est Développement</w:t>
      </w:r>
      <w:r w:rsidR="006474CC">
        <w:rPr>
          <w:lang w:val="fr-FR"/>
        </w:rPr>
        <w:t xml:space="preserve"> </w:t>
      </w:r>
    </w:p>
    <w:p w14:paraId="1EBAD626" w14:textId="77777777" w:rsidR="00FB4431" w:rsidRPr="00FB4431" w:rsidRDefault="00FB4431" w:rsidP="00A641E6">
      <w:pPr>
        <w:jc w:val="both"/>
        <w:rPr>
          <w:b/>
          <w:bCs/>
          <w:lang w:val="fr-FR"/>
        </w:rPr>
      </w:pPr>
      <w:r w:rsidRPr="00FB4431">
        <w:rPr>
          <w:b/>
          <w:bCs/>
          <w:lang w:val="fr-FR"/>
        </w:rPr>
        <w:t>DURÉE DE CONSERVATION DES DONNEES</w:t>
      </w:r>
    </w:p>
    <w:p w14:paraId="00B634AB" w14:textId="77777777" w:rsidR="00FB4431" w:rsidRPr="00FB4431" w:rsidRDefault="00FB4431" w:rsidP="00A641E6">
      <w:pPr>
        <w:jc w:val="both"/>
        <w:rPr>
          <w:lang w:val="fr-FR"/>
        </w:rPr>
      </w:pPr>
      <w:r w:rsidRPr="00FB4431">
        <w:rPr>
          <w:lang w:val="fr-FR"/>
        </w:rPr>
        <w:t>36 mois</w:t>
      </w:r>
    </w:p>
    <w:p w14:paraId="7699FD37" w14:textId="77777777" w:rsidR="00B27658" w:rsidRDefault="00B27658">
      <w:pPr>
        <w:rPr>
          <w:b/>
          <w:bCs/>
          <w:lang w:val="fr-FR"/>
        </w:rPr>
      </w:pPr>
      <w:r>
        <w:rPr>
          <w:b/>
          <w:bCs/>
          <w:lang w:val="fr-FR"/>
        </w:rPr>
        <w:br w:type="page"/>
      </w:r>
    </w:p>
    <w:p w14:paraId="2C31367E" w14:textId="77777777" w:rsidR="00B27658" w:rsidRDefault="00B27658" w:rsidP="00A641E6">
      <w:pPr>
        <w:jc w:val="both"/>
        <w:rPr>
          <w:b/>
          <w:bCs/>
          <w:lang w:val="fr-FR"/>
        </w:rPr>
      </w:pPr>
    </w:p>
    <w:p w14:paraId="690F34D3" w14:textId="744EAE58" w:rsidR="00FB4431" w:rsidRPr="00FB4431" w:rsidRDefault="00FB4431" w:rsidP="00A641E6">
      <w:pPr>
        <w:jc w:val="both"/>
        <w:rPr>
          <w:b/>
          <w:bCs/>
          <w:lang w:val="fr-FR"/>
        </w:rPr>
      </w:pPr>
      <w:r w:rsidRPr="00FB4431">
        <w:rPr>
          <w:b/>
          <w:bCs/>
          <w:lang w:val="fr-FR"/>
        </w:rPr>
        <w:t>SECURITÉ</w:t>
      </w:r>
    </w:p>
    <w:p w14:paraId="076A5F0B" w14:textId="77777777" w:rsidR="00FB4431" w:rsidRPr="00FB4431" w:rsidRDefault="00FB4431" w:rsidP="00A641E6">
      <w:pPr>
        <w:jc w:val="both"/>
        <w:rPr>
          <w:lang w:val="fr-FR"/>
        </w:rPr>
      </w:pPr>
      <w:r w:rsidRPr="00FB4431">
        <w:rPr>
          <w:lang w:val="fr-FR"/>
        </w:rPr>
        <w:t>Nous protégeons vos informations en continu.</w:t>
      </w:r>
    </w:p>
    <w:p w14:paraId="16CCE684" w14:textId="77777777" w:rsidR="00FB4431" w:rsidRPr="00FB4431" w:rsidRDefault="00FB4431" w:rsidP="00A641E6">
      <w:pPr>
        <w:jc w:val="both"/>
        <w:rPr>
          <w:lang w:val="fr-FR"/>
        </w:rPr>
      </w:pPr>
      <w:r w:rsidRPr="00FB4431">
        <w:rPr>
          <w:lang w:val="fr-FR"/>
        </w:rPr>
        <w:t>Pour cela, nous mettons en œuvre toutes les mesures de sécurité techniques et organisationnelles nécessaires pour protéger vos données, contre tout accès, toute modification, perte, divulgation, altération ou destruction non autorisés</w:t>
      </w:r>
    </w:p>
    <w:p w14:paraId="4DB40E4C" w14:textId="77777777" w:rsidR="00FB4431" w:rsidRPr="00FB4431" w:rsidRDefault="00FB4431" w:rsidP="00A641E6">
      <w:pPr>
        <w:jc w:val="both"/>
        <w:rPr>
          <w:lang w:val="fr-FR"/>
        </w:rPr>
      </w:pPr>
      <w:r w:rsidRPr="00FB4431">
        <w:rPr>
          <w:lang w:val="fr-FR"/>
        </w:rPr>
        <w:t>Ces mesures sont notamment les suivantes :</w:t>
      </w:r>
    </w:p>
    <w:p w14:paraId="0F956A3B" w14:textId="77777777" w:rsidR="00FB4431" w:rsidRPr="00FB4431" w:rsidRDefault="00FB4431" w:rsidP="00A641E6">
      <w:pPr>
        <w:jc w:val="both"/>
        <w:rPr>
          <w:lang w:val="fr-FR"/>
        </w:rPr>
      </w:pPr>
      <w:r w:rsidRPr="00FB4431">
        <w:rPr>
          <w:lang w:val="fr-FR"/>
        </w:rPr>
        <w:t>Données stockées en France</w:t>
      </w:r>
    </w:p>
    <w:p w14:paraId="72190D22" w14:textId="77777777" w:rsidR="00FB4431" w:rsidRPr="006B5378" w:rsidRDefault="00FB4431" w:rsidP="00A641E6">
      <w:pPr>
        <w:jc w:val="both"/>
        <w:rPr>
          <w:b/>
          <w:bCs/>
          <w:lang w:val="fr-FR"/>
        </w:rPr>
      </w:pPr>
      <w:r w:rsidRPr="006B5378">
        <w:rPr>
          <w:b/>
          <w:bCs/>
          <w:lang w:val="fr-FR"/>
        </w:rPr>
        <w:t>VOS DROITS SUR LES DONNÉES VOUS CONCERNANT</w:t>
      </w:r>
    </w:p>
    <w:p w14:paraId="4619B7EE" w14:textId="77777777" w:rsidR="00FB4431" w:rsidRPr="00FB4431" w:rsidRDefault="00FB4431" w:rsidP="00A641E6">
      <w:pPr>
        <w:jc w:val="both"/>
        <w:rPr>
          <w:lang w:val="fr-FR"/>
        </w:rPr>
      </w:pPr>
      <w:r w:rsidRPr="00FB4431">
        <w:rPr>
          <w:lang w:val="fr-FR"/>
        </w:rPr>
        <w:t>La réglementation applicable en matière de protection des données vous octroie des droits spécifiques que vous pouvez exercer, à tout moment et gratuitement, afin de contrôler l’usage que nous faisons de vos données.</w:t>
      </w:r>
    </w:p>
    <w:p w14:paraId="63B1F28F" w14:textId="53879973" w:rsidR="00FB4431" w:rsidRPr="006B5378" w:rsidRDefault="00FB4431" w:rsidP="00A641E6">
      <w:pPr>
        <w:pStyle w:val="Paragraphedeliste"/>
        <w:numPr>
          <w:ilvl w:val="0"/>
          <w:numId w:val="13"/>
        </w:numPr>
        <w:ind w:hanging="229"/>
        <w:jc w:val="both"/>
        <w:rPr>
          <w:lang w:val="fr-FR"/>
        </w:rPr>
      </w:pPr>
      <w:r w:rsidRPr="006B5378">
        <w:rPr>
          <w:lang w:val="fr-FR"/>
        </w:rPr>
        <w:t>Droit d’accès et de copie de vos données personnelles dès lors que cette demande n’est pas en contradiction avec le secret des affaires, la confidentialité, ou encore le secret des correspondances.</w:t>
      </w:r>
    </w:p>
    <w:p w14:paraId="3CB354A1" w14:textId="6DFCDFC0" w:rsidR="00FB4431" w:rsidRPr="006B5378" w:rsidRDefault="00FB4431" w:rsidP="00A641E6">
      <w:pPr>
        <w:pStyle w:val="Paragraphedeliste"/>
        <w:numPr>
          <w:ilvl w:val="0"/>
          <w:numId w:val="13"/>
        </w:numPr>
        <w:ind w:hanging="229"/>
        <w:jc w:val="both"/>
        <w:rPr>
          <w:lang w:val="fr-FR"/>
        </w:rPr>
      </w:pPr>
      <w:r w:rsidRPr="006B5378">
        <w:rPr>
          <w:lang w:val="fr-FR"/>
        </w:rPr>
        <w:t>Droit de rectification de données personnelles qui seraient erronées, obsolètes ou incomplètes.</w:t>
      </w:r>
    </w:p>
    <w:p w14:paraId="46C287EB" w14:textId="7DAEBF43" w:rsidR="00FB4431" w:rsidRPr="006B5378" w:rsidRDefault="00FB4431" w:rsidP="00A641E6">
      <w:pPr>
        <w:pStyle w:val="Paragraphedeliste"/>
        <w:numPr>
          <w:ilvl w:val="0"/>
          <w:numId w:val="13"/>
        </w:numPr>
        <w:ind w:hanging="229"/>
        <w:jc w:val="both"/>
        <w:rPr>
          <w:lang w:val="fr-FR"/>
        </w:rPr>
      </w:pPr>
      <w:r w:rsidRPr="006B5378">
        <w:rPr>
          <w:lang w:val="fr-FR"/>
        </w:rPr>
        <w:t>Droit de demander l’effacement (“droit à l’oubli”) de vos données personnelles qui ne seraient pas essentielles au bon fonctionnement de nos services.</w:t>
      </w:r>
    </w:p>
    <w:p w14:paraId="2FE51DA3" w14:textId="236D6B4D" w:rsidR="00FB4431" w:rsidRPr="006B5378" w:rsidRDefault="00FB4431" w:rsidP="00A641E6">
      <w:pPr>
        <w:pStyle w:val="Paragraphedeliste"/>
        <w:numPr>
          <w:ilvl w:val="0"/>
          <w:numId w:val="13"/>
        </w:numPr>
        <w:ind w:hanging="229"/>
        <w:jc w:val="both"/>
        <w:rPr>
          <w:lang w:val="fr-FR"/>
        </w:rPr>
      </w:pPr>
      <w:r w:rsidRPr="006B5378">
        <w:rPr>
          <w:lang w:val="fr-FR"/>
        </w:rPr>
        <w:t>Droit à la limitation de vos données personnelles qui permet de photographier l’utilisation de vos données en cas de contestation sur la légitimité d’un traitement.</w:t>
      </w:r>
    </w:p>
    <w:p w14:paraId="03AEB2D6" w14:textId="3B710CE4" w:rsidR="00FB4431" w:rsidRPr="006B5378" w:rsidRDefault="00FB4431" w:rsidP="00A641E6">
      <w:pPr>
        <w:pStyle w:val="Paragraphedeliste"/>
        <w:numPr>
          <w:ilvl w:val="0"/>
          <w:numId w:val="13"/>
        </w:numPr>
        <w:ind w:hanging="229"/>
        <w:jc w:val="both"/>
        <w:rPr>
          <w:lang w:val="fr-FR"/>
        </w:rPr>
      </w:pPr>
      <w:r w:rsidRPr="006B5378">
        <w:rPr>
          <w:lang w:val="fr-FR"/>
        </w:rPr>
        <w:t>Droit à la portabilité de vos données qui vous permet de récupérer une partie de vos données personnelles afin de les stocker ou les transmettre facilement d’un système d’information à un autre.</w:t>
      </w:r>
    </w:p>
    <w:p w14:paraId="600F6D31" w14:textId="4E3C7A4E" w:rsidR="00FB4431" w:rsidRPr="006B5378" w:rsidRDefault="00FB4431" w:rsidP="00A641E6">
      <w:pPr>
        <w:pStyle w:val="Paragraphedeliste"/>
        <w:numPr>
          <w:ilvl w:val="0"/>
          <w:numId w:val="13"/>
        </w:numPr>
        <w:ind w:hanging="229"/>
        <w:jc w:val="both"/>
        <w:rPr>
          <w:lang w:val="fr-FR"/>
        </w:rPr>
      </w:pPr>
      <w:r w:rsidRPr="006B5378">
        <w:rPr>
          <w:lang w:val="fr-FR"/>
        </w:rPr>
        <w:t>Droit de donner des directives sur le sort de vos données en cas de décès soit par votre intermédiaire, soit l’intermédiaire d’un tiers de confiance ou d’un ayant-droit.</w:t>
      </w:r>
    </w:p>
    <w:p w14:paraId="4ADCEC82" w14:textId="42795690" w:rsidR="00FB4431" w:rsidRPr="00FB4431" w:rsidRDefault="00FB4431" w:rsidP="00A641E6">
      <w:pPr>
        <w:jc w:val="both"/>
        <w:rPr>
          <w:lang w:val="fr-FR"/>
        </w:rPr>
      </w:pPr>
      <w:r w:rsidRPr="00FB4431">
        <w:rPr>
          <w:lang w:val="fr-FR"/>
        </w:rPr>
        <w:t xml:space="preserve">Pour qu’une demande soit prise en compte, il est impératif qu’elle soit effectuée directement par vous à l’adresse </w:t>
      </w:r>
      <w:hyperlink r:id="rId13" w:history="1">
        <w:r w:rsidR="00B52170" w:rsidRPr="00C641FB">
          <w:rPr>
            <w:rStyle w:val="Lienhypertexte"/>
            <w:lang w:val="fr-FR"/>
          </w:rPr>
          <w:t>rgpd@grandestdev.fr</w:t>
        </w:r>
      </w:hyperlink>
      <w:r w:rsidR="00B52170">
        <w:rPr>
          <w:lang w:val="fr-FR"/>
        </w:rPr>
        <w:t xml:space="preserve"> </w:t>
      </w:r>
      <w:r w:rsidRPr="00FB4431">
        <w:rPr>
          <w:lang w:val="fr-FR"/>
        </w:rPr>
        <w:t>. Toute demande qui n’est pas effectuée de cette manière ne peut pas être traitée.</w:t>
      </w:r>
    </w:p>
    <w:p w14:paraId="186A0CCC" w14:textId="77777777" w:rsidR="00FB4431" w:rsidRPr="00FB4431" w:rsidRDefault="00FB4431" w:rsidP="00A641E6">
      <w:pPr>
        <w:jc w:val="both"/>
        <w:rPr>
          <w:lang w:val="fr-FR"/>
        </w:rPr>
      </w:pPr>
      <w:r w:rsidRPr="00FB4431">
        <w:rPr>
          <w:lang w:val="fr-FR"/>
        </w:rPr>
        <w:t>Les demandes ne peuvent pas émaner d’une autre personne que vous. Nous pouvons donc vous demander la communication d’une preuve d’identité en cas de doute sur l’identité du demandeur.</w:t>
      </w:r>
    </w:p>
    <w:p w14:paraId="0F40C448" w14:textId="77777777" w:rsidR="00A641E6" w:rsidRDefault="00A641E6" w:rsidP="00A641E6">
      <w:pPr>
        <w:jc w:val="both"/>
        <w:rPr>
          <w:lang w:val="fr-FR"/>
        </w:rPr>
      </w:pPr>
    </w:p>
    <w:p w14:paraId="787586BE" w14:textId="77777777" w:rsidR="00A641E6" w:rsidRDefault="00A641E6" w:rsidP="00A641E6">
      <w:pPr>
        <w:jc w:val="both"/>
        <w:rPr>
          <w:lang w:val="fr-FR"/>
        </w:rPr>
      </w:pPr>
    </w:p>
    <w:p w14:paraId="3779B238" w14:textId="42B6C377" w:rsidR="00FB4431" w:rsidRPr="00FB4431" w:rsidRDefault="00FB4431" w:rsidP="00A641E6">
      <w:pPr>
        <w:jc w:val="both"/>
        <w:rPr>
          <w:lang w:val="fr-FR"/>
        </w:rPr>
      </w:pPr>
      <w:r w:rsidRPr="00FB4431">
        <w:rPr>
          <w:lang w:val="fr-FR"/>
        </w:rPr>
        <w:t>Nous répondrons à votre demande dans les meilleurs délais, dans la limite de trois mois à compter de sa réception, au cas où la demande serait techniquement complexe ou si nous recevons de nombreuses demandes au même moment.</w:t>
      </w:r>
    </w:p>
    <w:p w14:paraId="52B6EC74" w14:textId="77777777" w:rsidR="00FB4431" w:rsidRPr="00FB4431" w:rsidRDefault="00FB4431" w:rsidP="00A641E6">
      <w:pPr>
        <w:jc w:val="both"/>
        <w:rPr>
          <w:lang w:val="fr-FR"/>
        </w:rPr>
      </w:pPr>
      <w:r w:rsidRPr="00FB4431">
        <w:rPr>
          <w:lang w:val="fr-FR"/>
        </w:rPr>
        <w:t>Veuillez noter que nous pouvons toujours refuser de répondre à toute demande excessive ou infondée notamment au regard de son caractère répétitif.</w:t>
      </w:r>
    </w:p>
    <w:p w14:paraId="4E99FD60" w14:textId="77777777" w:rsidR="00FB4431" w:rsidRPr="006B5378" w:rsidRDefault="00FB4431" w:rsidP="00A641E6">
      <w:pPr>
        <w:jc w:val="both"/>
        <w:rPr>
          <w:b/>
          <w:bCs/>
          <w:lang w:val="fr-FR"/>
        </w:rPr>
      </w:pPr>
      <w:r w:rsidRPr="006B5378">
        <w:rPr>
          <w:b/>
          <w:bCs/>
          <w:lang w:val="fr-FR"/>
        </w:rPr>
        <w:t>Exercer ses droits</w:t>
      </w:r>
    </w:p>
    <w:p w14:paraId="049A208C" w14:textId="77777777" w:rsidR="00FB4431" w:rsidRPr="00FB4431" w:rsidRDefault="00FB4431" w:rsidP="00A641E6">
      <w:pPr>
        <w:jc w:val="both"/>
        <w:rPr>
          <w:lang w:val="fr-FR"/>
        </w:rPr>
      </w:pPr>
      <w:r w:rsidRPr="00FB4431">
        <w:rPr>
          <w:lang w:val="fr-FR"/>
        </w:rPr>
        <w:t>Le responsable à la protection des données est votre interlocuteur pour toute demande d'exercice de vos droits sur ce traitement.</w:t>
      </w:r>
    </w:p>
    <w:p w14:paraId="27DF5814" w14:textId="54FF9C44" w:rsidR="00FB4431" w:rsidRDefault="00FB4431" w:rsidP="00A641E6">
      <w:pPr>
        <w:jc w:val="both"/>
        <w:rPr>
          <w:lang w:val="fr-FR"/>
        </w:rPr>
      </w:pPr>
      <w:r w:rsidRPr="00FB4431">
        <w:rPr>
          <w:lang w:val="fr-FR"/>
        </w:rPr>
        <w:t>Contacter le responsable par voie électronique</w:t>
      </w:r>
      <w:r w:rsidR="00A7675A">
        <w:rPr>
          <w:lang w:val="fr-FR"/>
        </w:rPr>
        <w:t xml:space="preserve"> </w:t>
      </w:r>
      <w:r w:rsidRPr="00FB4431">
        <w:rPr>
          <w:lang w:val="fr-FR"/>
        </w:rPr>
        <w:t xml:space="preserve">: </w:t>
      </w:r>
      <w:hyperlink r:id="rId14" w:history="1">
        <w:r w:rsidR="002670F6" w:rsidRPr="00310D6F">
          <w:rPr>
            <w:rStyle w:val="Lienhypertexte"/>
            <w:lang w:val="fr-FR"/>
          </w:rPr>
          <w:t>rgpd@grandestdev.fr</w:t>
        </w:r>
      </w:hyperlink>
    </w:p>
    <w:p w14:paraId="3E42BA1A" w14:textId="77777777" w:rsidR="00FB4431" w:rsidRPr="00BC3BA1" w:rsidRDefault="00FB4431" w:rsidP="00A641E6">
      <w:pPr>
        <w:jc w:val="both"/>
        <w:rPr>
          <w:b/>
          <w:bCs/>
          <w:lang w:val="fr-FR"/>
        </w:rPr>
      </w:pPr>
      <w:r w:rsidRPr="00BC3BA1">
        <w:rPr>
          <w:b/>
          <w:bCs/>
          <w:lang w:val="fr-FR"/>
        </w:rPr>
        <w:t>Réclamation (plainte) auprès de la CNIL</w:t>
      </w:r>
    </w:p>
    <w:p w14:paraId="20EA5230" w14:textId="77777777" w:rsidR="00FB4431" w:rsidRPr="00FB4431" w:rsidRDefault="00FB4431" w:rsidP="00A641E6">
      <w:pPr>
        <w:jc w:val="both"/>
        <w:rPr>
          <w:lang w:val="fr-FR"/>
        </w:rPr>
      </w:pPr>
      <w:r w:rsidRPr="00FB4431">
        <w:rPr>
          <w:lang w:val="fr-FR"/>
        </w:rPr>
        <w:t>Vous pouvez à tout moment contacter l’autorité de contrôle française en matière de protection des données (la “Commission nationale de l'informatique et des libertés” ou “CNIL”) aux coordonnées suivantes : Service des plaintes de la CNIL, 3 place de Fontenoy – TSA 80751, 75334 Paris Cedex 07 ou par téléphone au 01.53.73.22.22.</w:t>
      </w:r>
    </w:p>
    <w:p w14:paraId="585FADA3" w14:textId="77777777" w:rsidR="00FB4431" w:rsidRPr="00BC3BA1" w:rsidRDefault="00FB4431" w:rsidP="00A641E6">
      <w:pPr>
        <w:jc w:val="both"/>
        <w:rPr>
          <w:b/>
          <w:bCs/>
          <w:lang w:val="fr-FR"/>
        </w:rPr>
      </w:pPr>
      <w:r w:rsidRPr="00BC3BA1">
        <w:rPr>
          <w:b/>
          <w:bCs/>
          <w:lang w:val="fr-FR"/>
        </w:rPr>
        <w:t>TRANSFERT DE DONNEES EN DEHORS DE L’UNION EUROPÉENNE</w:t>
      </w:r>
    </w:p>
    <w:p w14:paraId="69953AE0" w14:textId="77777777" w:rsidR="00FB4431" w:rsidRPr="00FB4431" w:rsidRDefault="00FB4431" w:rsidP="00A641E6">
      <w:pPr>
        <w:jc w:val="both"/>
        <w:rPr>
          <w:lang w:val="fr-FR"/>
        </w:rPr>
      </w:pPr>
      <w:r w:rsidRPr="00FB4431">
        <w:rPr>
          <w:lang w:val="fr-FR"/>
        </w:rPr>
        <w:t>Non</w:t>
      </w:r>
    </w:p>
    <w:p w14:paraId="1D009C76" w14:textId="77777777" w:rsidR="00FB4431" w:rsidRPr="00BC3BA1" w:rsidRDefault="00FB4431" w:rsidP="00A641E6">
      <w:pPr>
        <w:jc w:val="both"/>
        <w:rPr>
          <w:b/>
          <w:bCs/>
          <w:lang w:val="fr-FR"/>
        </w:rPr>
      </w:pPr>
      <w:r w:rsidRPr="00BC3BA1">
        <w:rPr>
          <w:b/>
          <w:bCs/>
          <w:lang w:val="fr-FR"/>
        </w:rPr>
        <w:t>PRISE DE DECISION AUTOMATISÉE</w:t>
      </w:r>
    </w:p>
    <w:p w14:paraId="7501C22F" w14:textId="466A67C5" w:rsidR="00A641E6" w:rsidRPr="009E510B" w:rsidRDefault="00FB4431" w:rsidP="00A641E6">
      <w:pPr>
        <w:jc w:val="both"/>
        <w:rPr>
          <w:lang w:val="fr-FR"/>
        </w:rPr>
      </w:pPr>
      <w:r w:rsidRPr="00FB4431">
        <w:rPr>
          <w:lang w:val="fr-FR"/>
        </w:rPr>
        <w:t>Non</w:t>
      </w:r>
    </w:p>
    <w:p w14:paraId="2BD3CFF3" w14:textId="61EF72BC" w:rsidR="001A1353" w:rsidRDefault="003E304B" w:rsidP="001F70C9">
      <w:pPr>
        <w:pStyle w:val="Titre1"/>
        <w:numPr>
          <w:ilvl w:val="0"/>
          <w:numId w:val="10"/>
        </w:numPr>
        <w:rPr>
          <w:lang w:val="fr-FR"/>
        </w:rPr>
      </w:pPr>
      <w:r w:rsidRPr="00027E73">
        <w:rPr>
          <w:lang w:val="fr-FR"/>
        </w:rPr>
        <w:t>Signature</w:t>
      </w:r>
    </w:p>
    <w:p w14:paraId="74877CBB" w14:textId="77777777" w:rsidR="00D950A6" w:rsidRPr="00D950A6" w:rsidRDefault="00D950A6" w:rsidP="00D950A6">
      <w:pPr>
        <w:rPr>
          <w:lang w:val="fr-FR"/>
        </w:rPr>
      </w:pPr>
    </w:p>
    <w:p w14:paraId="367F4CBA" w14:textId="78124371" w:rsidR="00705F88" w:rsidRDefault="00705F88">
      <w:pPr>
        <w:rPr>
          <w:lang w:val="fr-FR"/>
        </w:rPr>
      </w:pPr>
      <w:r w:rsidRPr="00705F88">
        <w:rPr>
          <w:lang w:val="fr-FR"/>
        </w:rPr>
        <w:t>Nom et qualité du représentant légal</w:t>
      </w:r>
      <w:r>
        <w:rPr>
          <w:lang w:val="fr-FR"/>
        </w:rPr>
        <w:t xml:space="preserve"> : </w:t>
      </w:r>
    </w:p>
    <w:p w14:paraId="2401CB97" w14:textId="77777777" w:rsidR="00705F88" w:rsidRPr="00705F88" w:rsidRDefault="00705F88">
      <w:pPr>
        <w:rPr>
          <w:sz w:val="4"/>
          <w:szCs w:val="4"/>
          <w:lang w:val="fr-FR"/>
        </w:rPr>
      </w:pPr>
    </w:p>
    <w:p w14:paraId="12E7A3E8" w14:textId="1C884849" w:rsidR="001A1353" w:rsidRPr="00027E73" w:rsidRDefault="003E304B">
      <w:pPr>
        <w:rPr>
          <w:lang w:val="fr-FR"/>
        </w:rPr>
      </w:pPr>
      <w:r w:rsidRPr="00027E73">
        <w:rPr>
          <w:lang w:val="fr-FR"/>
        </w:rPr>
        <w:t>Fait à ______________________ le ____/____/________</w:t>
      </w:r>
      <w:r w:rsidR="00705F88">
        <w:rPr>
          <w:lang w:val="fr-FR"/>
        </w:rPr>
        <w:tab/>
      </w:r>
      <w:r w:rsidR="00705F88" w:rsidRPr="00027E73">
        <w:rPr>
          <w:lang w:val="fr-FR"/>
        </w:rPr>
        <w:t>Signature</w:t>
      </w:r>
      <w:r w:rsidR="00705F88">
        <w:rPr>
          <w:lang w:val="fr-FR"/>
        </w:rPr>
        <w:t> :</w:t>
      </w:r>
    </w:p>
    <w:sectPr w:rsidR="001A1353" w:rsidRPr="00027E73" w:rsidSect="00A81776">
      <w:headerReference w:type="even" r:id="rId15"/>
      <w:headerReference w:type="default" r:id="rId16"/>
      <w:footerReference w:type="even" r:id="rId17"/>
      <w:footerReference w:type="default" r:id="rId18"/>
      <w:headerReference w:type="first" r:id="rId19"/>
      <w:footerReference w:type="first" r:id="rId20"/>
      <w:pgSz w:w="12240" w:h="15840"/>
      <w:pgMar w:top="2694" w:right="1800" w:bottom="1276"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423CC" w14:textId="77777777" w:rsidR="00387073" w:rsidRDefault="00387073">
      <w:pPr>
        <w:spacing w:after="0" w:line="240" w:lineRule="auto"/>
      </w:pPr>
      <w:r>
        <w:separator/>
      </w:r>
    </w:p>
  </w:endnote>
  <w:endnote w:type="continuationSeparator" w:id="0">
    <w:p w14:paraId="3A16B606" w14:textId="77777777" w:rsidR="00387073" w:rsidRDefault="00387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4900" w14:textId="77777777" w:rsidR="00B91D76" w:rsidRDefault="00B91D7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9A38C" w14:textId="57C1A88B" w:rsidR="001A1353" w:rsidRDefault="001A1353">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C073C" w14:textId="77777777" w:rsidR="00B91D76" w:rsidRDefault="00B91D7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FCA4C" w14:textId="77777777" w:rsidR="00387073" w:rsidRDefault="00387073">
      <w:pPr>
        <w:spacing w:after="0" w:line="240" w:lineRule="auto"/>
      </w:pPr>
      <w:r>
        <w:separator/>
      </w:r>
    </w:p>
  </w:footnote>
  <w:footnote w:type="continuationSeparator" w:id="0">
    <w:p w14:paraId="5B5D8197" w14:textId="77777777" w:rsidR="00387073" w:rsidRDefault="00387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C9993" w14:textId="77777777" w:rsidR="00B91D76" w:rsidRDefault="00B91D7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62226" w14:textId="77777777" w:rsidR="00286000" w:rsidRPr="00FF5737" w:rsidRDefault="00286000" w:rsidP="00286000">
    <w:pPr>
      <w:pStyle w:val="En-tte"/>
    </w:pPr>
    <w:r w:rsidRPr="004331B9">
      <w:rPr>
        <w:noProof/>
      </w:rPr>
      <w:drawing>
        <wp:anchor distT="0" distB="0" distL="114300" distR="114300" simplePos="0" relativeHeight="251658242" behindDoc="0" locked="0" layoutInCell="1" allowOverlap="1" wp14:anchorId="2EFB309B" wp14:editId="38A0826A">
          <wp:simplePos x="0" y="0"/>
          <wp:positionH relativeFrom="column">
            <wp:posOffset>-480695</wp:posOffset>
          </wp:positionH>
          <wp:positionV relativeFrom="paragraph">
            <wp:posOffset>140970</wp:posOffset>
          </wp:positionV>
          <wp:extent cx="1057275" cy="442604"/>
          <wp:effectExtent l="0" t="0" r="0" b="0"/>
          <wp:wrapNone/>
          <wp:docPr id="5226190" name="Image 3" descr="Une image contenant texte, capture d’écran, ciel, arbre&#10;&#10;Description générée automatiquement">
            <a:extLst xmlns:a="http://schemas.openxmlformats.org/drawingml/2006/main">
              <a:ext uri="{FF2B5EF4-FFF2-40B4-BE49-F238E27FC236}">
                <a16:creationId xmlns:a16="http://schemas.microsoft.com/office/drawing/2014/main" id="{C8C6290C-3FEA-AEE2-836C-BF104A012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capture d’écran, ciel, arbre&#10;&#10;Description générée automatiquement">
                    <a:extLst>
                      <a:ext uri="{FF2B5EF4-FFF2-40B4-BE49-F238E27FC236}">
                        <a16:creationId xmlns:a16="http://schemas.microsoft.com/office/drawing/2014/main" id="{C8C6290C-3FEA-AEE2-836C-BF104A012B47}"/>
                      </a:ext>
                    </a:extLst>
                  </pic:cNvPr>
                  <pic:cNvPicPr>
                    <a:picLocks noChangeAspect="1"/>
                  </pic:cNvPicPr>
                </pic:nvPicPr>
                <pic:blipFill rotWithShape="1">
                  <a:blip r:embed="rId1">
                    <a:extLst>
                      <a:ext uri="{28A0092B-C50C-407E-A947-70E740481C1C}">
                        <a14:useLocalDpi xmlns:a14="http://schemas.microsoft.com/office/drawing/2010/main" val="0"/>
                      </a:ext>
                    </a:extLst>
                  </a:blip>
                  <a:srcRect l="74807" t="82612" r="857"/>
                  <a:stretch>
                    <a:fillRect/>
                  </a:stretch>
                </pic:blipFill>
                <pic:spPr bwMode="auto">
                  <a:xfrm>
                    <a:off x="0" y="0"/>
                    <a:ext cx="1057275" cy="4426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7E73">
      <w:rPr>
        <w:noProof/>
      </w:rPr>
      <w:drawing>
        <wp:anchor distT="0" distB="0" distL="114300" distR="114300" simplePos="0" relativeHeight="251658241" behindDoc="0" locked="0" layoutInCell="1" allowOverlap="1" wp14:anchorId="730BAE4F" wp14:editId="222AFB38">
          <wp:simplePos x="0" y="0"/>
          <wp:positionH relativeFrom="column">
            <wp:posOffset>-633095</wp:posOffset>
          </wp:positionH>
          <wp:positionV relativeFrom="paragraph">
            <wp:posOffset>-351155</wp:posOffset>
          </wp:positionV>
          <wp:extent cx="1343025" cy="447675"/>
          <wp:effectExtent l="0" t="0" r="9525" b="9525"/>
          <wp:wrapNone/>
          <wp:docPr id="375626789" name="Image 2" descr="logo vectoriel Région Grand Est – Logothèque vecto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ectoriel Région Grand Est – Logothèque vectorielle"/>
                  <pic:cNvPicPr>
                    <a:picLocks noChangeAspect="1" noChangeArrowheads="1"/>
                  </pic:cNvPicPr>
                </pic:nvPicPr>
                <pic:blipFill rotWithShape="1">
                  <a:blip r:embed="rId2">
                    <a:extLst>
                      <a:ext uri="{28A0092B-C50C-407E-A947-70E740481C1C}">
                        <a14:useLocalDpi xmlns:a14="http://schemas.microsoft.com/office/drawing/2010/main" val="0"/>
                      </a:ext>
                    </a:extLst>
                  </a:blip>
                  <a:srcRect l="12153" t="25291" r="12326" b="25153"/>
                  <a:stretch>
                    <a:fillRect/>
                  </a:stretch>
                </pic:blipFill>
                <pic:spPr bwMode="auto">
                  <a:xfrm>
                    <a:off x="0" y="0"/>
                    <a:ext cx="134302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E73">
      <w:rPr>
        <w:noProof/>
      </w:rPr>
      <mc:AlternateContent>
        <mc:Choice Requires="wps">
          <w:drawing>
            <wp:anchor distT="0" distB="0" distL="114300" distR="114300" simplePos="0" relativeHeight="251658240" behindDoc="0" locked="0" layoutInCell="1" allowOverlap="1" wp14:anchorId="65F46A2F" wp14:editId="62CECACE">
              <wp:simplePos x="0" y="0"/>
              <wp:positionH relativeFrom="margin">
                <wp:align>center</wp:align>
              </wp:positionH>
              <wp:positionV relativeFrom="paragraph">
                <wp:posOffset>-457200</wp:posOffset>
              </wp:positionV>
              <wp:extent cx="7781925" cy="1676400"/>
              <wp:effectExtent l="0" t="0" r="28575" b="19050"/>
              <wp:wrapNone/>
              <wp:docPr id="1368000769" name="Rectangle 1"/>
              <wp:cNvGraphicFramePr/>
              <a:graphic xmlns:a="http://schemas.openxmlformats.org/drawingml/2006/main">
                <a:graphicData uri="http://schemas.microsoft.com/office/word/2010/wordprocessingShape">
                  <wps:wsp>
                    <wps:cNvSpPr/>
                    <wps:spPr>
                      <a:xfrm>
                        <a:off x="0" y="0"/>
                        <a:ext cx="7781925" cy="1676400"/>
                      </a:xfrm>
                      <a:prstGeom prst="rect">
                        <a:avLst/>
                      </a:prstGeom>
                      <a:solidFill>
                        <a:srgbClr val="2B347F"/>
                      </a:solidFill>
                      <a:effectLst/>
                    </wps:spPr>
                    <wps:style>
                      <a:lnRef idx="1">
                        <a:schemeClr val="accent1"/>
                      </a:lnRef>
                      <a:fillRef idx="3">
                        <a:schemeClr val="accent1"/>
                      </a:fillRef>
                      <a:effectRef idx="2">
                        <a:schemeClr val="accent1"/>
                      </a:effectRef>
                      <a:fontRef idx="minor">
                        <a:schemeClr val="lt1"/>
                      </a:fontRef>
                    </wps:style>
                    <wps:txbx>
                      <w:txbxContent>
                        <w:p w14:paraId="20CADF32" w14:textId="77777777" w:rsidR="00B91D76" w:rsidRDefault="00B91D76" w:rsidP="00B91D76">
                          <w:pPr>
                            <w:tabs>
                              <w:tab w:val="left" w:pos="3402"/>
                            </w:tabs>
                            <w:spacing w:line="240" w:lineRule="auto"/>
                            <w:ind w:left="3402"/>
                            <w:jc w:val="center"/>
                            <w:rPr>
                              <w:b/>
                              <w:bCs/>
                              <w:sz w:val="28"/>
                              <w:szCs w:val="28"/>
                              <w:u w:val="single"/>
                            </w:rPr>
                          </w:pPr>
                        </w:p>
                        <w:p w14:paraId="1E94B977" w14:textId="414575F4" w:rsidR="00AB62AC" w:rsidRPr="00B91D76" w:rsidRDefault="00AB62AC" w:rsidP="00B91D76">
                          <w:pPr>
                            <w:tabs>
                              <w:tab w:val="left" w:pos="3402"/>
                            </w:tabs>
                            <w:spacing w:line="240" w:lineRule="auto"/>
                            <w:ind w:left="3402"/>
                            <w:jc w:val="center"/>
                            <w:rPr>
                              <w:b/>
                              <w:bCs/>
                              <w:sz w:val="40"/>
                              <w:szCs w:val="40"/>
                            </w:rPr>
                          </w:pPr>
                          <w:proofErr w:type="spellStart"/>
                          <w:r w:rsidRPr="00B91D76">
                            <w:rPr>
                              <w:b/>
                              <w:bCs/>
                              <w:sz w:val="40"/>
                              <w:szCs w:val="40"/>
                              <w:u w:val="single"/>
                            </w:rPr>
                            <w:t>Annexe</w:t>
                          </w:r>
                          <w:proofErr w:type="spellEnd"/>
                          <w:r w:rsidRPr="00B91D76">
                            <w:rPr>
                              <w:b/>
                              <w:bCs/>
                              <w:sz w:val="40"/>
                              <w:szCs w:val="40"/>
                              <w:u w:val="single"/>
                            </w:rPr>
                            <w:t xml:space="preserve"> </w:t>
                          </w:r>
                          <w:proofErr w:type="gramStart"/>
                          <w:r w:rsidRPr="00B91D76">
                            <w:rPr>
                              <w:b/>
                              <w:bCs/>
                              <w:sz w:val="40"/>
                              <w:szCs w:val="40"/>
                              <w:u w:val="single"/>
                            </w:rPr>
                            <w:t>2</w:t>
                          </w:r>
                          <w:r w:rsidRPr="00B91D76">
                            <w:rPr>
                              <w:b/>
                              <w:bCs/>
                              <w:sz w:val="40"/>
                              <w:szCs w:val="40"/>
                            </w:rPr>
                            <w:t xml:space="preserve"> :</w:t>
                          </w:r>
                          <w:proofErr w:type="gramEnd"/>
                          <w:r w:rsidRPr="00B91D76">
                            <w:rPr>
                              <w:b/>
                              <w:bCs/>
                              <w:sz w:val="40"/>
                              <w:szCs w:val="40"/>
                            </w:rPr>
                            <w:t xml:space="preserve"> FORMULAIRE DE REPONSE</w:t>
                          </w:r>
                        </w:p>
                        <w:p w14:paraId="4FF30313" w14:textId="77777777" w:rsidR="00B91D76" w:rsidRDefault="00AB62AC" w:rsidP="00B91D76">
                          <w:pPr>
                            <w:spacing w:line="240" w:lineRule="auto"/>
                            <w:ind w:left="3402"/>
                            <w:jc w:val="center"/>
                            <w:rPr>
                              <w:b/>
                              <w:bCs/>
                              <w:sz w:val="28"/>
                              <w:szCs w:val="28"/>
                            </w:rPr>
                          </w:pPr>
                          <w:r>
                            <w:rPr>
                              <w:b/>
                              <w:bCs/>
                              <w:sz w:val="28"/>
                              <w:szCs w:val="28"/>
                            </w:rPr>
                            <w:t xml:space="preserve">AMI </w:t>
                          </w:r>
                          <w:proofErr w:type="spellStart"/>
                          <w:r w:rsidR="00B91D76" w:rsidRPr="00B91D76">
                            <w:rPr>
                              <w:b/>
                              <w:bCs/>
                              <w:sz w:val="28"/>
                              <w:szCs w:val="28"/>
                            </w:rPr>
                            <w:t>Parcours</w:t>
                          </w:r>
                          <w:proofErr w:type="spellEnd"/>
                          <w:r w:rsidR="00B91D76" w:rsidRPr="00B91D76">
                            <w:rPr>
                              <w:b/>
                              <w:bCs/>
                              <w:sz w:val="28"/>
                              <w:szCs w:val="28"/>
                            </w:rPr>
                            <w:t xml:space="preserve"> de transformation des </w:t>
                          </w:r>
                          <w:proofErr w:type="spellStart"/>
                          <w:r w:rsidR="00B91D76" w:rsidRPr="00B91D76">
                            <w:rPr>
                              <w:b/>
                              <w:bCs/>
                              <w:sz w:val="28"/>
                              <w:szCs w:val="28"/>
                            </w:rPr>
                            <w:t>territoires</w:t>
                          </w:r>
                          <w:proofErr w:type="spellEnd"/>
                          <w:r w:rsidR="00B91D76" w:rsidRPr="00B91D76">
                            <w:rPr>
                              <w:b/>
                              <w:bCs/>
                              <w:sz w:val="28"/>
                              <w:szCs w:val="28"/>
                            </w:rPr>
                            <w:t xml:space="preserve"> </w:t>
                          </w:r>
                          <w:proofErr w:type="spellStart"/>
                          <w:r w:rsidR="00B91D76" w:rsidRPr="00B91D76">
                            <w:rPr>
                              <w:b/>
                              <w:bCs/>
                              <w:sz w:val="28"/>
                              <w:szCs w:val="28"/>
                            </w:rPr>
                            <w:t>ruraux</w:t>
                          </w:r>
                          <w:proofErr w:type="spellEnd"/>
                          <w:r w:rsidR="00B91D76" w:rsidRPr="00B91D76">
                            <w:rPr>
                              <w:b/>
                              <w:bCs/>
                              <w:sz w:val="28"/>
                              <w:szCs w:val="28"/>
                            </w:rPr>
                            <w:t xml:space="preserve"> </w:t>
                          </w:r>
                        </w:p>
                        <w:p w14:paraId="4A9BDE73" w14:textId="75516DED" w:rsidR="00AB62AC" w:rsidRPr="00AA6C09" w:rsidRDefault="00B91D76" w:rsidP="00B91D76">
                          <w:pPr>
                            <w:spacing w:line="240" w:lineRule="auto"/>
                            <w:ind w:left="3402"/>
                            <w:jc w:val="center"/>
                            <w:rPr>
                              <w:b/>
                              <w:bCs/>
                              <w:sz w:val="28"/>
                              <w:szCs w:val="28"/>
                            </w:rPr>
                          </w:pPr>
                          <w:r w:rsidRPr="00B91D76">
                            <w:rPr>
                              <w:b/>
                              <w:bCs/>
                              <w:sz w:val="28"/>
                              <w:szCs w:val="28"/>
                            </w:rPr>
                            <w:t>par le numérique 2026-2027</w:t>
                          </w:r>
                        </w:p>
                        <w:p w14:paraId="5D2A9901" w14:textId="444823DD" w:rsidR="00286000" w:rsidRPr="00AA6C09" w:rsidRDefault="00286000" w:rsidP="004F2FFA">
                          <w:pPr>
                            <w:spacing w:line="240" w:lineRule="auto"/>
                            <w:ind w:left="3402"/>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46A2F" id="Rectangle 1" o:spid="_x0000_s1026" style="position:absolute;margin-left:0;margin-top:-36pt;width:612.75pt;height:13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" fillcolor="#2b347f" strokecolor="#4579b8 [3044]">
              <v:textbox>
                <w:txbxContent>
                  <w:p w14:paraId="20CADF32" w14:textId="77777777" w:rsidR="00B91D76" w:rsidRDefault="00B91D76" w:rsidP="00B91D76">
                    <w:pPr>
                      <w:tabs>
                        <w:tab w:val="left" w:pos="3402"/>
                      </w:tabs>
                      <w:spacing w:line="240" w:lineRule="auto"/>
                      <w:ind w:left="3402"/>
                      <w:jc w:val="center"/>
                      <w:rPr>
                        <w:b/>
                        <w:bCs/>
                        <w:sz w:val="28"/>
                        <w:szCs w:val="28"/>
                        <w:u w:val="single"/>
                      </w:rPr>
                    </w:pPr>
                  </w:p>
                  <w:p w14:paraId="1E94B977" w14:textId="414575F4" w:rsidR="00AB62AC" w:rsidRPr="00B91D76" w:rsidRDefault="00AB62AC" w:rsidP="00B91D76">
                    <w:pPr>
                      <w:tabs>
                        <w:tab w:val="left" w:pos="3402"/>
                      </w:tabs>
                      <w:spacing w:line="240" w:lineRule="auto"/>
                      <w:ind w:left="3402"/>
                      <w:jc w:val="center"/>
                      <w:rPr>
                        <w:b/>
                        <w:bCs/>
                        <w:sz w:val="40"/>
                        <w:szCs w:val="40"/>
                      </w:rPr>
                    </w:pPr>
                    <w:proofErr w:type="spellStart"/>
                    <w:r w:rsidRPr="00B91D76">
                      <w:rPr>
                        <w:b/>
                        <w:bCs/>
                        <w:sz w:val="40"/>
                        <w:szCs w:val="40"/>
                        <w:u w:val="single"/>
                      </w:rPr>
                      <w:t>Annexe</w:t>
                    </w:r>
                    <w:proofErr w:type="spellEnd"/>
                    <w:r w:rsidRPr="00B91D76">
                      <w:rPr>
                        <w:b/>
                        <w:bCs/>
                        <w:sz w:val="40"/>
                        <w:szCs w:val="40"/>
                        <w:u w:val="single"/>
                      </w:rPr>
                      <w:t xml:space="preserve"> </w:t>
                    </w:r>
                    <w:proofErr w:type="gramStart"/>
                    <w:r w:rsidRPr="00B91D76">
                      <w:rPr>
                        <w:b/>
                        <w:bCs/>
                        <w:sz w:val="40"/>
                        <w:szCs w:val="40"/>
                        <w:u w:val="single"/>
                      </w:rPr>
                      <w:t>2</w:t>
                    </w:r>
                    <w:r w:rsidRPr="00B91D76">
                      <w:rPr>
                        <w:b/>
                        <w:bCs/>
                        <w:sz w:val="40"/>
                        <w:szCs w:val="40"/>
                      </w:rPr>
                      <w:t xml:space="preserve"> :</w:t>
                    </w:r>
                    <w:proofErr w:type="gramEnd"/>
                    <w:r w:rsidRPr="00B91D76">
                      <w:rPr>
                        <w:b/>
                        <w:bCs/>
                        <w:sz w:val="40"/>
                        <w:szCs w:val="40"/>
                      </w:rPr>
                      <w:t xml:space="preserve"> FORMULAIRE DE REPONSE</w:t>
                    </w:r>
                  </w:p>
                  <w:p w14:paraId="4FF30313" w14:textId="77777777" w:rsidR="00B91D76" w:rsidRDefault="00AB62AC" w:rsidP="00B91D76">
                    <w:pPr>
                      <w:spacing w:line="240" w:lineRule="auto"/>
                      <w:ind w:left="3402"/>
                      <w:jc w:val="center"/>
                      <w:rPr>
                        <w:b/>
                        <w:bCs/>
                        <w:sz w:val="28"/>
                        <w:szCs w:val="28"/>
                      </w:rPr>
                    </w:pPr>
                    <w:r>
                      <w:rPr>
                        <w:b/>
                        <w:bCs/>
                        <w:sz w:val="28"/>
                        <w:szCs w:val="28"/>
                      </w:rPr>
                      <w:t xml:space="preserve">AMI </w:t>
                    </w:r>
                    <w:proofErr w:type="spellStart"/>
                    <w:r w:rsidR="00B91D76" w:rsidRPr="00B91D76">
                      <w:rPr>
                        <w:b/>
                        <w:bCs/>
                        <w:sz w:val="28"/>
                        <w:szCs w:val="28"/>
                      </w:rPr>
                      <w:t>Parcours</w:t>
                    </w:r>
                    <w:proofErr w:type="spellEnd"/>
                    <w:r w:rsidR="00B91D76" w:rsidRPr="00B91D76">
                      <w:rPr>
                        <w:b/>
                        <w:bCs/>
                        <w:sz w:val="28"/>
                        <w:szCs w:val="28"/>
                      </w:rPr>
                      <w:t xml:space="preserve"> de transformation des </w:t>
                    </w:r>
                    <w:proofErr w:type="spellStart"/>
                    <w:r w:rsidR="00B91D76" w:rsidRPr="00B91D76">
                      <w:rPr>
                        <w:b/>
                        <w:bCs/>
                        <w:sz w:val="28"/>
                        <w:szCs w:val="28"/>
                      </w:rPr>
                      <w:t>territoires</w:t>
                    </w:r>
                    <w:proofErr w:type="spellEnd"/>
                    <w:r w:rsidR="00B91D76" w:rsidRPr="00B91D76">
                      <w:rPr>
                        <w:b/>
                        <w:bCs/>
                        <w:sz w:val="28"/>
                        <w:szCs w:val="28"/>
                      </w:rPr>
                      <w:t xml:space="preserve"> </w:t>
                    </w:r>
                    <w:proofErr w:type="spellStart"/>
                    <w:r w:rsidR="00B91D76" w:rsidRPr="00B91D76">
                      <w:rPr>
                        <w:b/>
                        <w:bCs/>
                        <w:sz w:val="28"/>
                        <w:szCs w:val="28"/>
                      </w:rPr>
                      <w:t>ruraux</w:t>
                    </w:r>
                    <w:proofErr w:type="spellEnd"/>
                    <w:r w:rsidR="00B91D76" w:rsidRPr="00B91D76">
                      <w:rPr>
                        <w:b/>
                        <w:bCs/>
                        <w:sz w:val="28"/>
                        <w:szCs w:val="28"/>
                      </w:rPr>
                      <w:t xml:space="preserve"> </w:t>
                    </w:r>
                  </w:p>
                  <w:p w14:paraId="4A9BDE73" w14:textId="75516DED" w:rsidR="00AB62AC" w:rsidRPr="00AA6C09" w:rsidRDefault="00B91D76" w:rsidP="00B91D76">
                    <w:pPr>
                      <w:spacing w:line="240" w:lineRule="auto"/>
                      <w:ind w:left="3402"/>
                      <w:jc w:val="center"/>
                      <w:rPr>
                        <w:b/>
                        <w:bCs/>
                        <w:sz w:val="28"/>
                        <w:szCs w:val="28"/>
                      </w:rPr>
                    </w:pPr>
                    <w:r w:rsidRPr="00B91D76">
                      <w:rPr>
                        <w:b/>
                        <w:bCs/>
                        <w:sz w:val="28"/>
                        <w:szCs w:val="28"/>
                      </w:rPr>
                      <w:t>par le numérique 2026-2027</w:t>
                    </w:r>
                  </w:p>
                  <w:p w14:paraId="5D2A9901" w14:textId="444823DD" w:rsidR="00286000" w:rsidRPr="00AA6C09" w:rsidRDefault="00286000" w:rsidP="004F2FFA">
                    <w:pPr>
                      <w:spacing w:line="240" w:lineRule="auto"/>
                      <w:ind w:left="3402"/>
                      <w:rPr>
                        <w:b/>
                        <w:bCs/>
                        <w:sz w:val="28"/>
                        <w:szCs w:val="28"/>
                      </w:rPr>
                    </w:pPr>
                  </w:p>
                </w:txbxContent>
              </v:textbox>
              <w10:wrap anchorx="margin"/>
            </v:rect>
          </w:pict>
        </mc:Fallback>
      </mc:AlternateContent>
    </w:r>
  </w:p>
  <w:p w14:paraId="5DA8C785" w14:textId="03FA8412" w:rsidR="00286000" w:rsidRDefault="00286000" w:rsidP="00286000">
    <w:pPr>
      <w:pStyle w:val="En-tte"/>
    </w:pPr>
    <w:r w:rsidRPr="00FF5737">
      <w:rPr>
        <w:noProof/>
      </w:rPr>
      <w:drawing>
        <wp:anchor distT="0" distB="0" distL="114300" distR="114300" simplePos="0" relativeHeight="251658243" behindDoc="0" locked="0" layoutInCell="1" allowOverlap="1" wp14:anchorId="51109441" wp14:editId="3CA95944">
          <wp:simplePos x="0" y="0"/>
          <wp:positionH relativeFrom="margin">
            <wp:posOffset>-528320</wp:posOffset>
          </wp:positionH>
          <wp:positionV relativeFrom="paragraph">
            <wp:posOffset>485140</wp:posOffset>
          </wp:positionV>
          <wp:extent cx="1076325" cy="464960"/>
          <wp:effectExtent l="0" t="0" r="0" b="0"/>
          <wp:wrapNone/>
          <wp:docPr id="1985612672" name="Image 2" descr="Une image contenant Police, Graphiqu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37200" name="Image 2" descr="Une image contenant Police, Graphique, logo, texte&#10;&#10;Le contenu généré par l’IA peut êtr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6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10D5C" w14:textId="77777777" w:rsidR="00286000" w:rsidRDefault="0028600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E85A6" w14:textId="77777777" w:rsidR="00B91D76" w:rsidRDefault="00B91D7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364C4D2C"/>
    <w:multiLevelType w:val="hybridMultilevel"/>
    <w:tmpl w:val="4B3474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7700D2B"/>
    <w:multiLevelType w:val="hybridMultilevel"/>
    <w:tmpl w:val="71DC7F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E3F3A01"/>
    <w:multiLevelType w:val="hybridMultilevel"/>
    <w:tmpl w:val="61662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B54E3D"/>
    <w:multiLevelType w:val="hybridMultilevel"/>
    <w:tmpl w:val="B6661310"/>
    <w:lvl w:ilvl="0" w:tplc="B08EC3D0">
      <w:numFmt w:val="bullet"/>
      <w:lvlText w:val="•"/>
      <w:lvlJc w:val="left"/>
      <w:pPr>
        <w:ind w:left="229" w:hanging="720"/>
      </w:pPr>
      <w:rPr>
        <w:rFonts w:ascii="Calibri" w:eastAsiaTheme="minorEastAsia" w:hAnsi="Calibri" w:cs="Calibri"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num w:numId="1" w16cid:durableId="406073944">
    <w:abstractNumId w:val="8"/>
  </w:num>
  <w:num w:numId="2" w16cid:durableId="1081947961">
    <w:abstractNumId w:val="6"/>
  </w:num>
  <w:num w:numId="3" w16cid:durableId="1888108007">
    <w:abstractNumId w:val="5"/>
  </w:num>
  <w:num w:numId="4" w16cid:durableId="1765494791">
    <w:abstractNumId w:val="4"/>
  </w:num>
  <w:num w:numId="5" w16cid:durableId="285505980">
    <w:abstractNumId w:val="7"/>
  </w:num>
  <w:num w:numId="6" w16cid:durableId="1073818031">
    <w:abstractNumId w:val="3"/>
  </w:num>
  <w:num w:numId="7" w16cid:durableId="534973096">
    <w:abstractNumId w:val="2"/>
  </w:num>
  <w:num w:numId="8" w16cid:durableId="1669214524">
    <w:abstractNumId w:val="1"/>
  </w:num>
  <w:num w:numId="9" w16cid:durableId="1450052724">
    <w:abstractNumId w:val="0"/>
  </w:num>
  <w:num w:numId="10" w16cid:durableId="147478685">
    <w:abstractNumId w:val="9"/>
  </w:num>
  <w:num w:numId="11" w16cid:durableId="1333679140">
    <w:abstractNumId w:val="11"/>
  </w:num>
  <w:num w:numId="12" w16cid:durableId="1375692072">
    <w:abstractNumId w:val="10"/>
  </w:num>
  <w:num w:numId="13" w16cid:durableId="18057321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3D3"/>
    <w:rsid w:val="000058F0"/>
    <w:rsid w:val="00023915"/>
    <w:rsid w:val="00023AE1"/>
    <w:rsid w:val="00023B86"/>
    <w:rsid w:val="000261D9"/>
    <w:rsid w:val="00027E73"/>
    <w:rsid w:val="00030900"/>
    <w:rsid w:val="00031CEF"/>
    <w:rsid w:val="000345C2"/>
    <w:rsid w:val="00034616"/>
    <w:rsid w:val="00037BA3"/>
    <w:rsid w:val="00040CDE"/>
    <w:rsid w:val="000429E8"/>
    <w:rsid w:val="000542CF"/>
    <w:rsid w:val="0006063C"/>
    <w:rsid w:val="000701CB"/>
    <w:rsid w:val="000733B2"/>
    <w:rsid w:val="00073DB1"/>
    <w:rsid w:val="00074AA4"/>
    <w:rsid w:val="00075589"/>
    <w:rsid w:val="0007769F"/>
    <w:rsid w:val="0008091D"/>
    <w:rsid w:val="00082468"/>
    <w:rsid w:val="00090416"/>
    <w:rsid w:val="000A518F"/>
    <w:rsid w:val="000A6951"/>
    <w:rsid w:val="000B26A4"/>
    <w:rsid w:val="000B5051"/>
    <w:rsid w:val="000B55DE"/>
    <w:rsid w:val="000C2A63"/>
    <w:rsid w:val="000D1072"/>
    <w:rsid w:val="000D7259"/>
    <w:rsid w:val="000E05F5"/>
    <w:rsid w:val="000E3FA7"/>
    <w:rsid w:val="000E4726"/>
    <w:rsid w:val="000E734E"/>
    <w:rsid w:val="000F4E4F"/>
    <w:rsid w:val="000F4F9A"/>
    <w:rsid w:val="000F63DA"/>
    <w:rsid w:val="000F7716"/>
    <w:rsid w:val="000F7AFB"/>
    <w:rsid w:val="00103BAD"/>
    <w:rsid w:val="0010625B"/>
    <w:rsid w:val="001112DE"/>
    <w:rsid w:val="00117655"/>
    <w:rsid w:val="00117FD0"/>
    <w:rsid w:val="001202F2"/>
    <w:rsid w:val="00133106"/>
    <w:rsid w:val="00134DA1"/>
    <w:rsid w:val="001360BF"/>
    <w:rsid w:val="0014164E"/>
    <w:rsid w:val="001435E0"/>
    <w:rsid w:val="0014401C"/>
    <w:rsid w:val="0015074B"/>
    <w:rsid w:val="001532C6"/>
    <w:rsid w:val="0015335C"/>
    <w:rsid w:val="00156057"/>
    <w:rsid w:val="001653DF"/>
    <w:rsid w:val="001668F7"/>
    <w:rsid w:val="001710DA"/>
    <w:rsid w:val="001949C3"/>
    <w:rsid w:val="001977F7"/>
    <w:rsid w:val="001A1353"/>
    <w:rsid w:val="001A515D"/>
    <w:rsid w:val="001A7B3C"/>
    <w:rsid w:val="001B18E3"/>
    <w:rsid w:val="001C1799"/>
    <w:rsid w:val="001C36C8"/>
    <w:rsid w:val="001D1015"/>
    <w:rsid w:val="001D7E47"/>
    <w:rsid w:val="001E0E8B"/>
    <w:rsid w:val="001F19DD"/>
    <w:rsid w:val="001F70C9"/>
    <w:rsid w:val="00202B73"/>
    <w:rsid w:val="00204A50"/>
    <w:rsid w:val="002052B9"/>
    <w:rsid w:val="00205B6F"/>
    <w:rsid w:val="00207037"/>
    <w:rsid w:val="002108A5"/>
    <w:rsid w:val="00226963"/>
    <w:rsid w:val="00234117"/>
    <w:rsid w:val="00244F4F"/>
    <w:rsid w:val="00246586"/>
    <w:rsid w:val="00254B84"/>
    <w:rsid w:val="00265EA9"/>
    <w:rsid w:val="002670F6"/>
    <w:rsid w:val="0027125B"/>
    <w:rsid w:val="00273D3B"/>
    <w:rsid w:val="0027445E"/>
    <w:rsid w:val="00276E3E"/>
    <w:rsid w:val="00285632"/>
    <w:rsid w:val="00286000"/>
    <w:rsid w:val="0028621A"/>
    <w:rsid w:val="0029538A"/>
    <w:rsid w:val="0029639D"/>
    <w:rsid w:val="00296710"/>
    <w:rsid w:val="002A28D1"/>
    <w:rsid w:val="002A378F"/>
    <w:rsid w:val="002A548D"/>
    <w:rsid w:val="002A7DA4"/>
    <w:rsid w:val="002C3A78"/>
    <w:rsid w:val="002C54E9"/>
    <w:rsid w:val="002C7230"/>
    <w:rsid w:val="002C7AB3"/>
    <w:rsid w:val="002D5CB8"/>
    <w:rsid w:val="002F145E"/>
    <w:rsid w:val="002F186B"/>
    <w:rsid w:val="00304279"/>
    <w:rsid w:val="0030723F"/>
    <w:rsid w:val="00307A3A"/>
    <w:rsid w:val="00323E2E"/>
    <w:rsid w:val="00324CFE"/>
    <w:rsid w:val="00326F90"/>
    <w:rsid w:val="003376C4"/>
    <w:rsid w:val="00341976"/>
    <w:rsid w:val="00344C82"/>
    <w:rsid w:val="00344C84"/>
    <w:rsid w:val="00344D28"/>
    <w:rsid w:val="00353C58"/>
    <w:rsid w:val="00355293"/>
    <w:rsid w:val="0036409A"/>
    <w:rsid w:val="003648D7"/>
    <w:rsid w:val="00364F7F"/>
    <w:rsid w:val="00366171"/>
    <w:rsid w:val="00372692"/>
    <w:rsid w:val="00386404"/>
    <w:rsid w:val="00387073"/>
    <w:rsid w:val="00390CBB"/>
    <w:rsid w:val="00392BBD"/>
    <w:rsid w:val="003946BE"/>
    <w:rsid w:val="003A00FB"/>
    <w:rsid w:val="003A7F39"/>
    <w:rsid w:val="003B0980"/>
    <w:rsid w:val="003B4B1F"/>
    <w:rsid w:val="003B6954"/>
    <w:rsid w:val="003D3DE2"/>
    <w:rsid w:val="003E304B"/>
    <w:rsid w:val="003F288F"/>
    <w:rsid w:val="004009E0"/>
    <w:rsid w:val="00400B2D"/>
    <w:rsid w:val="004013AE"/>
    <w:rsid w:val="00405019"/>
    <w:rsid w:val="004054DB"/>
    <w:rsid w:val="00407476"/>
    <w:rsid w:val="00414C49"/>
    <w:rsid w:val="00423AF4"/>
    <w:rsid w:val="00424FE2"/>
    <w:rsid w:val="004344C4"/>
    <w:rsid w:val="00434563"/>
    <w:rsid w:val="00434E02"/>
    <w:rsid w:val="0044307E"/>
    <w:rsid w:val="0045199C"/>
    <w:rsid w:val="00455199"/>
    <w:rsid w:val="004632C6"/>
    <w:rsid w:val="004659D8"/>
    <w:rsid w:val="00466C07"/>
    <w:rsid w:val="0047210A"/>
    <w:rsid w:val="00472323"/>
    <w:rsid w:val="00476F77"/>
    <w:rsid w:val="00482A4F"/>
    <w:rsid w:val="00483BEB"/>
    <w:rsid w:val="00496E12"/>
    <w:rsid w:val="00497A5E"/>
    <w:rsid w:val="004B15FB"/>
    <w:rsid w:val="004B527F"/>
    <w:rsid w:val="004B68CC"/>
    <w:rsid w:val="004B7410"/>
    <w:rsid w:val="004C7FC4"/>
    <w:rsid w:val="004D6F75"/>
    <w:rsid w:val="004E543F"/>
    <w:rsid w:val="004F2BC9"/>
    <w:rsid w:val="004F2FFA"/>
    <w:rsid w:val="004F3E18"/>
    <w:rsid w:val="004F4F36"/>
    <w:rsid w:val="004F4F40"/>
    <w:rsid w:val="004F59B6"/>
    <w:rsid w:val="004F6884"/>
    <w:rsid w:val="00502667"/>
    <w:rsid w:val="00504D4D"/>
    <w:rsid w:val="005069DB"/>
    <w:rsid w:val="005167D5"/>
    <w:rsid w:val="005226A8"/>
    <w:rsid w:val="00543A3F"/>
    <w:rsid w:val="00543A48"/>
    <w:rsid w:val="00550814"/>
    <w:rsid w:val="00554128"/>
    <w:rsid w:val="00554CA2"/>
    <w:rsid w:val="0055643C"/>
    <w:rsid w:val="00556A47"/>
    <w:rsid w:val="00560A81"/>
    <w:rsid w:val="00571AB5"/>
    <w:rsid w:val="0058419B"/>
    <w:rsid w:val="005845CD"/>
    <w:rsid w:val="00586D81"/>
    <w:rsid w:val="00590421"/>
    <w:rsid w:val="005979C4"/>
    <w:rsid w:val="005A0C8B"/>
    <w:rsid w:val="005A28F4"/>
    <w:rsid w:val="005A6DB1"/>
    <w:rsid w:val="005A730F"/>
    <w:rsid w:val="005B23BC"/>
    <w:rsid w:val="005B31B0"/>
    <w:rsid w:val="005C0DE1"/>
    <w:rsid w:val="005C16E2"/>
    <w:rsid w:val="005D10A3"/>
    <w:rsid w:val="005D2DD3"/>
    <w:rsid w:val="005D5145"/>
    <w:rsid w:val="005F07FC"/>
    <w:rsid w:val="00602A39"/>
    <w:rsid w:val="00605345"/>
    <w:rsid w:val="00610105"/>
    <w:rsid w:val="00616689"/>
    <w:rsid w:val="0062091A"/>
    <w:rsid w:val="00627891"/>
    <w:rsid w:val="0064679D"/>
    <w:rsid w:val="006474CC"/>
    <w:rsid w:val="00651658"/>
    <w:rsid w:val="006529D7"/>
    <w:rsid w:val="00652B5D"/>
    <w:rsid w:val="00655C4C"/>
    <w:rsid w:val="00656FEA"/>
    <w:rsid w:val="00657BC3"/>
    <w:rsid w:val="00665A1D"/>
    <w:rsid w:val="006742E0"/>
    <w:rsid w:val="00674CBD"/>
    <w:rsid w:val="006924EA"/>
    <w:rsid w:val="00696C42"/>
    <w:rsid w:val="006A1A6D"/>
    <w:rsid w:val="006A50AD"/>
    <w:rsid w:val="006A7687"/>
    <w:rsid w:val="006B39C6"/>
    <w:rsid w:val="006B5378"/>
    <w:rsid w:val="006B7556"/>
    <w:rsid w:val="006B7D4F"/>
    <w:rsid w:val="006C0596"/>
    <w:rsid w:val="006C179E"/>
    <w:rsid w:val="006C3206"/>
    <w:rsid w:val="006C3728"/>
    <w:rsid w:val="006D00ED"/>
    <w:rsid w:val="006D0A2A"/>
    <w:rsid w:val="006D0F61"/>
    <w:rsid w:val="006D584F"/>
    <w:rsid w:val="006E26D4"/>
    <w:rsid w:val="006F75FB"/>
    <w:rsid w:val="006F7F24"/>
    <w:rsid w:val="00705533"/>
    <w:rsid w:val="00705F88"/>
    <w:rsid w:val="00714CE0"/>
    <w:rsid w:val="007221CF"/>
    <w:rsid w:val="00722819"/>
    <w:rsid w:val="0073084F"/>
    <w:rsid w:val="00744928"/>
    <w:rsid w:val="00767204"/>
    <w:rsid w:val="00773187"/>
    <w:rsid w:val="00776150"/>
    <w:rsid w:val="00776FFB"/>
    <w:rsid w:val="00784C1A"/>
    <w:rsid w:val="00792489"/>
    <w:rsid w:val="0079468A"/>
    <w:rsid w:val="007A36F3"/>
    <w:rsid w:val="007A6232"/>
    <w:rsid w:val="007A6AC8"/>
    <w:rsid w:val="007B0D24"/>
    <w:rsid w:val="007B7CA1"/>
    <w:rsid w:val="007C65A6"/>
    <w:rsid w:val="007D0626"/>
    <w:rsid w:val="007D26E8"/>
    <w:rsid w:val="007D7E3D"/>
    <w:rsid w:val="007E2452"/>
    <w:rsid w:val="007E259D"/>
    <w:rsid w:val="007E38B7"/>
    <w:rsid w:val="007F07CA"/>
    <w:rsid w:val="007F68CA"/>
    <w:rsid w:val="008006C4"/>
    <w:rsid w:val="00801EBA"/>
    <w:rsid w:val="00805BE0"/>
    <w:rsid w:val="008201D9"/>
    <w:rsid w:val="00823A2A"/>
    <w:rsid w:val="00824BCA"/>
    <w:rsid w:val="00832203"/>
    <w:rsid w:val="00835182"/>
    <w:rsid w:val="00842867"/>
    <w:rsid w:val="00847119"/>
    <w:rsid w:val="00847DE5"/>
    <w:rsid w:val="0086310C"/>
    <w:rsid w:val="00864D99"/>
    <w:rsid w:val="008751E3"/>
    <w:rsid w:val="00883B48"/>
    <w:rsid w:val="00884493"/>
    <w:rsid w:val="008A2C32"/>
    <w:rsid w:val="008B2A87"/>
    <w:rsid w:val="008B3281"/>
    <w:rsid w:val="008B60FE"/>
    <w:rsid w:val="008C028B"/>
    <w:rsid w:val="008C10FE"/>
    <w:rsid w:val="008C403F"/>
    <w:rsid w:val="008D292E"/>
    <w:rsid w:val="008D5D3B"/>
    <w:rsid w:val="008E0730"/>
    <w:rsid w:val="008E1E61"/>
    <w:rsid w:val="008E2A75"/>
    <w:rsid w:val="008E33C0"/>
    <w:rsid w:val="008E3C60"/>
    <w:rsid w:val="008E62F5"/>
    <w:rsid w:val="008F14B8"/>
    <w:rsid w:val="008F7035"/>
    <w:rsid w:val="008F781F"/>
    <w:rsid w:val="008F7C56"/>
    <w:rsid w:val="0090324B"/>
    <w:rsid w:val="009103AB"/>
    <w:rsid w:val="00912657"/>
    <w:rsid w:val="009214D4"/>
    <w:rsid w:val="00923AB0"/>
    <w:rsid w:val="00924F72"/>
    <w:rsid w:val="00925BAB"/>
    <w:rsid w:val="009267AF"/>
    <w:rsid w:val="0093668E"/>
    <w:rsid w:val="00947231"/>
    <w:rsid w:val="009538D3"/>
    <w:rsid w:val="00966867"/>
    <w:rsid w:val="009773DC"/>
    <w:rsid w:val="009851EB"/>
    <w:rsid w:val="00986B1F"/>
    <w:rsid w:val="00986FD2"/>
    <w:rsid w:val="009946EB"/>
    <w:rsid w:val="009B0CAB"/>
    <w:rsid w:val="009B12F2"/>
    <w:rsid w:val="009C5619"/>
    <w:rsid w:val="009C78DA"/>
    <w:rsid w:val="009E1AB6"/>
    <w:rsid w:val="009E3822"/>
    <w:rsid w:val="009E510B"/>
    <w:rsid w:val="009F0949"/>
    <w:rsid w:val="009F32DD"/>
    <w:rsid w:val="00A00F5C"/>
    <w:rsid w:val="00A0633D"/>
    <w:rsid w:val="00A072E2"/>
    <w:rsid w:val="00A118DC"/>
    <w:rsid w:val="00A134B8"/>
    <w:rsid w:val="00A2797D"/>
    <w:rsid w:val="00A34829"/>
    <w:rsid w:val="00A451B3"/>
    <w:rsid w:val="00A46B1F"/>
    <w:rsid w:val="00A51BA7"/>
    <w:rsid w:val="00A55B74"/>
    <w:rsid w:val="00A6089E"/>
    <w:rsid w:val="00A61055"/>
    <w:rsid w:val="00A641E6"/>
    <w:rsid w:val="00A6436F"/>
    <w:rsid w:val="00A67FDD"/>
    <w:rsid w:val="00A72DC8"/>
    <w:rsid w:val="00A74B0F"/>
    <w:rsid w:val="00A7675A"/>
    <w:rsid w:val="00A81776"/>
    <w:rsid w:val="00A935C9"/>
    <w:rsid w:val="00A94E17"/>
    <w:rsid w:val="00A95A52"/>
    <w:rsid w:val="00AA1D8D"/>
    <w:rsid w:val="00AA6C09"/>
    <w:rsid w:val="00AB0E21"/>
    <w:rsid w:val="00AB5474"/>
    <w:rsid w:val="00AB62AC"/>
    <w:rsid w:val="00AC4BD7"/>
    <w:rsid w:val="00AD284A"/>
    <w:rsid w:val="00AE2CD8"/>
    <w:rsid w:val="00AE303E"/>
    <w:rsid w:val="00AE34E5"/>
    <w:rsid w:val="00AE5355"/>
    <w:rsid w:val="00AF7404"/>
    <w:rsid w:val="00B04C20"/>
    <w:rsid w:val="00B141AF"/>
    <w:rsid w:val="00B160CF"/>
    <w:rsid w:val="00B205CC"/>
    <w:rsid w:val="00B27658"/>
    <w:rsid w:val="00B2784F"/>
    <w:rsid w:val="00B311E6"/>
    <w:rsid w:val="00B33F71"/>
    <w:rsid w:val="00B37386"/>
    <w:rsid w:val="00B402BA"/>
    <w:rsid w:val="00B47730"/>
    <w:rsid w:val="00B50D7C"/>
    <w:rsid w:val="00B52170"/>
    <w:rsid w:val="00B52219"/>
    <w:rsid w:val="00B671DF"/>
    <w:rsid w:val="00B679BE"/>
    <w:rsid w:val="00B7354F"/>
    <w:rsid w:val="00B80943"/>
    <w:rsid w:val="00B85DD6"/>
    <w:rsid w:val="00B862B9"/>
    <w:rsid w:val="00B87268"/>
    <w:rsid w:val="00B8743F"/>
    <w:rsid w:val="00B91D76"/>
    <w:rsid w:val="00B92055"/>
    <w:rsid w:val="00B95695"/>
    <w:rsid w:val="00B96C5C"/>
    <w:rsid w:val="00BA5303"/>
    <w:rsid w:val="00BB78F8"/>
    <w:rsid w:val="00BC188E"/>
    <w:rsid w:val="00BC3BA1"/>
    <w:rsid w:val="00BC627B"/>
    <w:rsid w:val="00BD207D"/>
    <w:rsid w:val="00BD632D"/>
    <w:rsid w:val="00BE45CF"/>
    <w:rsid w:val="00BE66D3"/>
    <w:rsid w:val="00BE6AAC"/>
    <w:rsid w:val="00BF181F"/>
    <w:rsid w:val="00BF45CE"/>
    <w:rsid w:val="00BF587F"/>
    <w:rsid w:val="00C05DF1"/>
    <w:rsid w:val="00C06B82"/>
    <w:rsid w:val="00C109A4"/>
    <w:rsid w:val="00C151C3"/>
    <w:rsid w:val="00C15894"/>
    <w:rsid w:val="00C21DC9"/>
    <w:rsid w:val="00C24070"/>
    <w:rsid w:val="00C24E50"/>
    <w:rsid w:val="00C25115"/>
    <w:rsid w:val="00C3153A"/>
    <w:rsid w:val="00C328DC"/>
    <w:rsid w:val="00C4680E"/>
    <w:rsid w:val="00C52931"/>
    <w:rsid w:val="00C52E74"/>
    <w:rsid w:val="00C535AB"/>
    <w:rsid w:val="00C6140B"/>
    <w:rsid w:val="00C70B7D"/>
    <w:rsid w:val="00C70E55"/>
    <w:rsid w:val="00C72CE0"/>
    <w:rsid w:val="00C7460A"/>
    <w:rsid w:val="00C821E9"/>
    <w:rsid w:val="00C90417"/>
    <w:rsid w:val="00C95120"/>
    <w:rsid w:val="00CA06EC"/>
    <w:rsid w:val="00CA50C8"/>
    <w:rsid w:val="00CB0063"/>
    <w:rsid w:val="00CB03C0"/>
    <w:rsid w:val="00CB0664"/>
    <w:rsid w:val="00CB0B60"/>
    <w:rsid w:val="00CB1CBB"/>
    <w:rsid w:val="00CB7EFE"/>
    <w:rsid w:val="00CC046A"/>
    <w:rsid w:val="00CC3639"/>
    <w:rsid w:val="00CC4D63"/>
    <w:rsid w:val="00CD0E6D"/>
    <w:rsid w:val="00CD386F"/>
    <w:rsid w:val="00CD4C01"/>
    <w:rsid w:val="00CE2BC0"/>
    <w:rsid w:val="00CF566E"/>
    <w:rsid w:val="00CF6FAC"/>
    <w:rsid w:val="00D069CD"/>
    <w:rsid w:val="00D07E82"/>
    <w:rsid w:val="00D13B52"/>
    <w:rsid w:val="00D248D6"/>
    <w:rsid w:val="00D403A3"/>
    <w:rsid w:val="00D424AC"/>
    <w:rsid w:val="00D42990"/>
    <w:rsid w:val="00D44BCE"/>
    <w:rsid w:val="00D456AA"/>
    <w:rsid w:val="00D5277A"/>
    <w:rsid w:val="00D52E9F"/>
    <w:rsid w:val="00D73998"/>
    <w:rsid w:val="00D74F95"/>
    <w:rsid w:val="00D76736"/>
    <w:rsid w:val="00D77FE6"/>
    <w:rsid w:val="00D83CDB"/>
    <w:rsid w:val="00D950A6"/>
    <w:rsid w:val="00DA172C"/>
    <w:rsid w:val="00DA2C22"/>
    <w:rsid w:val="00DA5AC9"/>
    <w:rsid w:val="00DB2179"/>
    <w:rsid w:val="00DB3A34"/>
    <w:rsid w:val="00DB7128"/>
    <w:rsid w:val="00DB7593"/>
    <w:rsid w:val="00DC49C4"/>
    <w:rsid w:val="00DC53A8"/>
    <w:rsid w:val="00DC64DA"/>
    <w:rsid w:val="00DC68F4"/>
    <w:rsid w:val="00DD12CC"/>
    <w:rsid w:val="00DD40B2"/>
    <w:rsid w:val="00DD6428"/>
    <w:rsid w:val="00DD7993"/>
    <w:rsid w:val="00DE0A29"/>
    <w:rsid w:val="00DE5F7D"/>
    <w:rsid w:val="00DE6F1C"/>
    <w:rsid w:val="00DF3C86"/>
    <w:rsid w:val="00DF3D66"/>
    <w:rsid w:val="00DF4B38"/>
    <w:rsid w:val="00E02652"/>
    <w:rsid w:val="00E04F52"/>
    <w:rsid w:val="00E0589F"/>
    <w:rsid w:val="00E100E0"/>
    <w:rsid w:val="00E156CA"/>
    <w:rsid w:val="00E205F4"/>
    <w:rsid w:val="00E2308C"/>
    <w:rsid w:val="00E25F52"/>
    <w:rsid w:val="00E30A8A"/>
    <w:rsid w:val="00E33D21"/>
    <w:rsid w:val="00E51557"/>
    <w:rsid w:val="00E564EF"/>
    <w:rsid w:val="00E56F89"/>
    <w:rsid w:val="00E75011"/>
    <w:rsid w:val="00E758F7"/>
    <w:rsid w:val="00E75CB2"/>
    <w:rsid w:val="00E77329"/>
    <w:rsid w:val="00E80025"/>
    <w:rsid w:val="00E81447"/>
    <w:rsid w:val="00E84477"/>
    <w:rsid w:val="00E96604"/>
    <w:rsid w:val="00EA0029"/>
    <w:rsid w:val="00EA0FD2"/>
    <w:rsid w:val="00EA3052"/>
    <w:rsid w:val="00EA792B"/>
    <w:rsid w:val="00EB22F4"/>
    <w:rsid w:val="00EB4286"/>
    <w:rsid w:val="00EB5857"/>
    <w:rsid w:val="00ED1A2B"/>
    <w:rsid w:val="00ED5D0F"/>
    <w:rsid w:val="00ED7F0A"/>
    <w:rsid w:val="00EE1ADE"/>
    <w:rsid w:val="00EE3BBF"/>
    <w:rsid w:val="00EE4895"/>
    <w:rsid w:val="00EE6D52"/>
    <w:rsid w:val="00EF1C67"/>
    <w:rsid w:val="00EF4A74"/>
    <w:rsid w:val="00F00A5E"/>
    <w:rsid w:val="00F130A9"/>
    <w:rsid w:val="00F15AFF"/>
    <w:rsid w:val="00F31F95"/>
    <w:rsid w:val="00F326EB"/>
    <w:rsid w:val="00F36485"/>
    <w:rsid w:val="00F658FA"/>
    <w:rsid w:val="00F86DBB"/>
    <w:rsid w:val="00F960B3"/>
    <w:rsid w:val="00FA4AB0"/>
    <w:rsid w:val="00FB4431"/>
    <w:rsid w:val="00FC24FD"/>
    <w:rsid w:val="00FC693F"/>
    <w:rsid w:val="00FD1173"/>
    <w:rsid w:val="00FD3EB2"/>
    <w:rsid w:val="00FD705E"/>
    <w:rsid w:val="00FE5FB5"/>
    <w:rsid w:val="00FF405F"/>
    <w:rsid w:val="019E2F29"/>
    <w:rsid w:val="02272A7C"/>
    <w:rsid w:val="03098D7C"/>
    <w:rsid w:val="036863DF"/>
    <w:rsid w:val="042BD9B3"/>
    <w:rsid w:val="045E4891"/>
    <w:rsid w:val="055E3021"/>
    <w:rsid w:val="05793330"/>
    <w:rsid w:val="05EE55E5"/>
    <w:rsid w:val="069F2F15"/>
    <w:rsid w:val="0816F651"/>
    <w:rsid w:val="08B138BF"/>
    <w:rsid w:val="097DA228"/>
    <w:rsid w:val="0B290546"/>
    <w:rsid w:val="0BBAA530"/>
    <w:rsid w:val="0BDD4FFB"/>
    <w:rsid w:val="1032942E"/>
    <w:rsid w:val="10B57C05"/>
    <w:rsid w:val="11D855B8"/>
    <w:rsid w:val="1234BCB2"/>
    <w:rsid w:val="14751F1C"/>
    <w:rsid w:val="15918ADF"/>
    <w:rsid w:val="160A7498"/>
    <w:rsid w:val="16670977"/>
    <w:rsid w:val="19C354E5"/>
    <w:rsid w:val="1AA68DDA"/>
    <w:rsid w:val="1B154CA6"/>
    <w:rsid w:val="1B833766"/>
    <w:rsid w:val="1DF9B364"/>
    <w:rsid w:val="1E5B0A86"/>
    <w:rsid w:val="1F79E607"/>
    <w:rsid w:val="1FB0B4AC"/>
    <w:rsid w:val="21E8C389"/>
    <w:rsid w:val="2205430B"/>
    <w:rsid w:val="220C2CBD"/>
    <w:rsid w:val="22F0BD34"/>
    <w:rsid w:val="241E1D0E"/>
    <w:rsid w:val="248024FB"/>
    <w:rsid w:val="25115B51"/>
    <w:rsid w:val="2687A5AB"/>
    <w:rsid w:val="284B4A9B"/>
    <w:rsid w:val="28CC9F9C"/>
    <w:rsid w:val="2927FF72"/>
    <w:rsid w:val="2AD4B192"/>
    <w:rsid w:val="2ADB63B4"/>
    <w:rsid w:val="2AFB96F3"/>
    <w:rsid w:val="2C66C25A"/>
    <w:rsid w:val="2DE15CFB"/>
    <w:rsid w:val="2F0CA8D8"/>
    <w:rsid w:val="2F441B36"/>
    <w:rsid w:val="2F8EA3D5"/>
    <w:rsid w:val="30505952"/>
    <w:rsid w:val="3394453F"/>
    <w:rsid w:val="3489C31E"/>
    <w:rsid w:val="3508A7CE"/>
    <w:rsid w:val="3815F161"/>
    <w:rsid w:val="3BA058C4"/>
    <w:rsid w:val="3C3563BA"/>
    <w:rsid w:val="3CA46965"/>
    <w:rsid w:val="3F7F7EDD"/>
    <w:rsid w:val="42F9652E"/>
    <w:rsid w:val="430850BC"/>
    <w:rsid w:val="435EDD5B"/>
    <w:rsid w:val="4407F2DC"/>
    <w:rsid w:val="44454DBD"/>
    <w:rsid w:val="453CABE8"/>
    <w:rsid w:val="46D2DC79"/>
    <w:rsid w:val="4801D539"/>
    <w:rsid w:val="48D62557"/>
    <w:rsid w:val="4A1E68D0"/>
    <w:rsid w:val="4C22FE62"/>
    <w:rsid w:val="5184A0C8"/>
    <w:rsid w:val="51E6342E"/>
    <w:rsid w:val="524D6EEF"/>
    <w:rsid w:val="529C8900"/>
    <w:rsid w:val="536C0D06"/>
    <w:rsid w:val="5388770F"/>
    <w:rsid w:val="551D3C72"/>
    <w:rsid w:val="570E272A"/>
    <w:rsid w:val="5821531C"/>
    <w:rsid w:val="594F9C4F"/>
    <w:rsid w:val="59BFDE3B"/>
    <w:rsid w:val="5AA3820A"/>
    <w:rsid w:val="5D019038"/>
    <w:rsid w:val="5E891B5C"/>
    <w:rsid w:val="5E8A704F"/>
    <w:rsid w:val="5EDC01D3"/>
    <w:rsid w:val="5F98EA93"/>
    <w:rsid w:val="6091EA9B"/>
    <w:rsid w:val="61CB49F2"/>
    <w:rsid w:val="6265B917"/>
    <w:rsid w:val="629AFCC9"/>
    <w:rsid w:val="64EA3357"/>
    <w:rsid w:val="669D7314"/>
    <w:rsid w:val="67FE3B5A"/>
    <w:rsid w:val="6A09F6FD"/>
    <w:rsid w:val="6AF9911E"/>
    <w:rsid w:val="6C0279B1"/>
    <w:rsid w:val="6CC165F4"/>
    <w:rsid w:val="70E3E165"/>
    <w:rsid w:val="7103E0BA"/>
    <w:rsid w:val="73AD3FDD"/>
    <w:rsid w:val="75590B34"/>
    <w:rsid w:val="77C6B10D"/>
    <w:rsid w:val="7861AB70"/>
    <w:rsid w:val="786CC347"/>
    <w:rsid w:val="7A1CFCEC"/>
    <w:rsid w:val="7C8B80C8"/>
    <w:rsid w:val="7F2736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3ACB92"/>
  <w14:defaultImageDpi w14:val="330"/>
  <w15:docId w15:val="{0A147F03-342D-48F1-AFDA-2CCEDC7C0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0"/>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
    <w:name w:val="TableGrid"/>
    <w:rsid w:val="000D7259"/>
    <w:pPr>
      <w:spacing w:after="0" w:line="240" w:lineRule="auto"/>
    </w:pPr>
    <w:rPr>
      <w:kern w:val="2"/>
      <w:sz w:val="24"/>
      <w:szCs w:val="24"/>
      <w:lang w:val="fr-FR" w:eastAsia="fr-FR"/>
      <w14:ligatures w14:val="standardContextual"/>
    </w:rPr>
    <w:tblPr>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1949C3"/>
    <w:rPr>
      <w:sz w:val="16"/>
      <w:szCs w:val="16"/>
    </w:rPr>
  </w:style>
  <w:style w:type="paragraph" w:styleId="Commentaire">
    <w:name w:val="annotation text"/>
    <w:basedOn w:val="Normal"/>
    <w:link w:val="CommentaireCar"/>
    <w:uiPriority w:val="99"/>
    <w:unhideWhenUsed/>
    <w:rsid w:val="001949C3"/>
    <w:pPr>
      <w:spacing w:line="240" w:lineRule="auto"/>
    </w:pPr>
    <w:rPr>
      <w:sz w:val="20"/>
      <w:szCs w:val="20"/>
    </w:rPr>
  </w:style>
  <w:style w:type="character" w:customStyle="1" w:styleId="CommentaireCar">
    <w:name w:val="Commentaire Car"/>
    <w:basedOn w:val="Policepardfaut"/>
    <w:link w:val="Commentaire"/>
    <w:uiPriority w:val="99"/>
    <w:rsid w:val="001949C3"/>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1949C3"/>
    <w:rPr>
      <w:b/>
      <w:bCs/>
    </w:rPr>
  </w:style>
  <w:style w:type="character" w:customStyle="1" w:styleId="ObjetducommentaireCar">
    <w:name w:val="Objet du commentaire Car"/>
    <w:basedOn w:val="CommentaireCar"/>
    <w:link w:val="Objetducommentaire"/>
    <w:uiPriority w:val="99"/>
    <w:semiHidden/>
    <w:rsid w:val="001949C3"/>
    <w:rPr>
      <w:rFonts w:ascii="Calibri" w:hAnsi="Calibri"/>
      <w:b/>
      <w:bCs/>
      <w:sz w:val="20"/>
      <w:szCs w:val="20"/>
    </w:rPr>
  </w:style>
  <w:style w:type="character" w:styleId="Mention">
    <w:name w:val="Mention"/>
    <w:basedOn w:val="Policepardfaut"/>
    <w:uiPriority w:val="99"/>
    <w:unhideWhenUsed/>
    <w:rsid w:val="001949C3"/>
    <w:rPr>
      <w:color w:val="2B579A"/>
      <w:shd w:val="clear" w:color="auto" w:fill="E1DFDD"/>
    </w:rPr>
  </w:style>
  <w:style w:type="character" w:styleId="Lienhypertexte">
    <w:name w:val="Hyperlink"/>
    <w:basedOn w:val="Policepardfaut"/>
    <w:uiPriority w:val="99"/>
    <w:unhideWhenUsed/>
    <w:rsid w:val="00B141AF"/>
    <w:rPr>
      <w:color w:val="0000FF" w:themeColor="hyperlink"/>
      <w:u w:val="single"/>
    </w:rPr>
  </w:style>
  <w:style w:type="character" w:styleId="Mentionnonrsolue">
    <w:name w:val="Unresolved Mention"/>
    <w:basedOn w:val="Policepardfaut"/>
    <w:uiPriority w:val="99"/>
    <w:semiHidden/>
    <w:unhideWhenUsed/>
    <w:rsid w:val="00B141AF"/>
    <w:rPr>
      <w:color w:val="605E5C"/>
      <w:shd w:val="clear" w:color="auto" w:fill="E1DFDD"/>
    </w:rPr>
  </w:style>
  <w:style w:type="paragraph" w:styleId="Rvision">
    <w:name w:val="Revision"/>
    <w:hidden/>
    <w:uiPriority w:val="99"/>
    <w:semiHidden/>
    <w:rsid w:val="009B12F2"/>
    <w:pPr>
      <w:spacing w:after="0" w:line="240" w:lineRule="auto"/>
    </w:pPr>
    <w:rPr>
      <w:rFonts w:ascii="Calibri" w:hAnsi="Calibri"/>
    </w:rPr>
  </w:style>
  <w:style w:type="character" w:styleId="Lienhypertextesuivivisit">
    <w:name w:val="FollowedHyperlink"/>
    <w:basedOn w:val="Policepardfaut"/>
    <w:uiPriority w:val="99"/>
    <w:semiHidden/>
    <w:unhideWhenUsed/>
    <w:rsid w:val="006B7D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gpd@grandestdev.f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gpd@grandestdev.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e/98BupVaUR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gpd@grandestdev.fr"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d91dec-3d35-4360-8ceb-0af8be7eff7c">
      <Terms xmlns="http://schemas.microsoft.com/office/infopath/2007/PartnerControls"/>
    </lcf76f155ced4ddcb4097134ff3c332f>
    <TaxCatchAll xmlns="645b3159-c02d-4b99-ab43-abcdaa80521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90FA3D51E22884787B7B3C7EFEB5635" ma:contentTypeVersion="11" ma:contentTypeDescription="Crée un document." ma:contentTypeScope="" ma:versionID="a411187eaf635d16a206802ed1fd017c">
  <xsd:schema xmlns:xsd="http://www.w3.org/2001/XMLSchema" xmlns:xs="http://www.w3.org/2001/XMLSchema" xmlns:p="http://schemas.microsoft.com/office/2006/metadata/properties" xmlns:ns2="23d91dec-3d35-4360-8ceb-0af8be7eff7c" xmlns:ns3="645b3159-c02d-4b99-ab43-abcdaa805210" targetNamespace="http://schemas.microsoft.com/office/2006/metadata/properties" ma:root="true" ma:fieldsID="0a987aac337a4e9b228fe8fd3fddca60" ns2:_="" ns3:_="">
    <xsd:import namespace="23d91dec-3d35-4360-8ceb-0af8be7eff7c"/>
    <xsd:import namespace="645b3159-c02d-4b99-ab43-abcdaa8052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91dec-3d35-4360-8ceb-0af8be7eff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13beaf7-c4dd-4506-9e7d-aca4bb20de2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5b3159-c02d-4b99-ab43-abcdaa80521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e6f4250-3e41-4c06-9367-e1ca43653c00}" ma:internalName="TaxCatchAll" ma:showField="CatchAllData" ma:web="645b3159-c02d-4b99-ab43-abcdaa805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F1B495-8736-415B-A98F-99FEA7C8AF1B}">
  <ds:schemaRefs>
    <ds:schemaRef ds:uri="http://schemas.microsoft.com/sharepoint/v3/contenttype/forms"/>
  </ds:schemaRefs>
</ds:datastoreItem>
</file>

<file path=customXml/itemProps2.xml><?xml version="1.0" encoding="utf-8"?>
<ds:datastoreItem xmlns:ds="http://schemas.openxmlformats.org/officeDocument/2006/customXml" ds:itemID="{933DA751-9AC0-42DB-A2E6-FB0084237FEA}">
  <ds:schemaRefs>
    <ds:schemaRef ds:uri="http://schemas.microsoft.com/office/2006/metadata/properties"/>
    <ds:schemaRef ds:uri="http://schemas.microsoft.com/office/infopath/2007/PartnerControls"/>
    <ds:schemaRef ds:uri="23d91dec-3d35-4360-8ceb-0af8be7eff7c"/>
    <ds:schemaRef ds:uri="645b3159-c02d-4b99-ab43-abcdaa805210"/>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02733E0C-C05F-4F23-B211-4797C0D04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91dec-3d35-4360-8ceb-0af8be7eff7c"/>
    <ds:schemaRef ds:uri="645b3159-c02d-4b99-ab43-abcdaa805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f2a44e5-dd24-457f-8400-5b9aac7236aa}" enabled="0" method="" siteId="{bf2a44e5-dd24-457f-8400-5b9aac7236aa}"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1164</Words>
  <Characters>6405</Characters>
  <Application>Microsoft Office Word</Application>
  <DocSecurity>0</DocSecurity>
  <Lines>53</Lines>
  <Paragraphs>15</Paragraphs>
  <ScaleCrop>false</ScaleCrop>
  <Manager/>
  <Company/>
  <LinksUpToDate>false</LinksUpToDate>
  <CharactersWithSpaces>7554</CharactersWithSpaces>
  <SharedDoc>false</SharedDoc>
  <HyperlinkBase/>
  <HLinks>
    <vt:vector size="24" baseType="variant">
      <vt:variant>
        <vt:i4>1310764</vt:i4>
      </vt:variant>
      <vt:variant>
        <vt:i4>9</vt:i4>
      </vt:variant>
      <vt:variant>
        <vt:i4>0</vt:i4>
      </vt:variant>
      <vt:variant>
        <vt:i4>5</vt:i4>
      </vt:variant>
      <vt:variant>
        <vt:lpwstr>mailto:rgpd@grandestdev.fr</vt:lpwstr>
      </vt:variant>
      <vt:variant>
        <vt:lpwstr/>
      </vt:variant>
      <vt:variant>
        <vt:i4>1310764</vt:i4>
      </vt:variant>
      <vt:variant>
        <vt:i4>6</vt:i4>
      </vt:variant>
      <vt:variant>
        <vt:i4>0</vt:i4>
      </vt:variant>
      <vt:variant>
        <vt:i4>5</vt:i4>
      </vt:variant>
      <vt:variant>
        <vt:lpwstr>mailto:rgpd@grandestdev.fr</vt:lpwstr>
      </vt:variant>
      <vt:variant>
        <vt:lpwstr/>
      </vt:variant>
      <vt:variant>
        <vt:i4>1310764</vt:i4>
      </vt:variant>
      <vt:variant>
        <vt:i4>3</vt:i4>
      </vt:variant>
      <vt:variant>
        <vt:i4>0</vt:i4>
      </vt:variant>
      <vt:variant>
        <vt:i4>5</vt:i4>
      </vt:variant>
      <vt:variant>
        <vt:lpwstr>mailto:rgpd@grandestdev.fr</vt:lpwstr>
      </vt:variant>
      <vt:variant>
        <vt:lpwstr/>
      </vt:variant>
      <vt:variant>
        <vt:i4>262210</vt:i4>
      </vt:variant>
      <vt:variant>
        <vt:i4>0</vt:i4>
      </vt:variant>
      <vt:variant>
        <vt:i4>0</vt:i4>
      </vt:variant>
      <vt:variant>
        <vt:i4>5</vt:i4>
      </vt:variant>
      <vt:variant>
        <vt:lpwstr>https://forms.office.com/e/98BupVaURA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Cyrille VOGEL</cp:lastModifiedBy>
  <cp:revision>2</cp:revision>
  <cp:lastPrinted>2026-04-17T14:35:00Z</cp:lastPrinted>
  <dcterms:created xsi:type="dcterms:W3CDTF">2026-04-17T14:36:00Z</dcterms:created>
  <dcterms:modified xsi:type="dcterms:W3CDTF">2026-04-17T14:36:00Z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0x010100890FA3D51E22884787B7B3C7EFEB5635</vt:lpwstr>
  </property>
  <property fmtid="{D5CDD505-2E9C-101B-9397-08002B2CF9AE}" pid="3" name="MediaServiceImageTags">
    <vt:lpwstr/>
  </property>
</Properties>
</file>